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BA61DA" w14:paraId="2946A13E" w14:textId="77777777">
        <w:trPr>
          <w:jc w:val="center"/>
        </w:trPr>
        <w:tc>
          <w:tcPr>
            <w:tcW w:w="10488" w:type="dxa"/>
            <w:shd w:val="clear" w:color="auto" w:fill="0A192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7E1DB6" w14:textId="77777777" w:rsidR="00BA61DA" w:rsidRDefault="00720021">
            <w:pPr>
              <w:spacing w:after="0"/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 wp14:anchorId="32F32B34" wp14:editId="35CD2BE7">
                  <wp:extent cx="1728000" cy="1072552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dyssea_logo_centre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00" cy="10725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5A47E00" w14:textId="77777777" w:rsidR="00BA61DA" w:rsidRDefault="00720021">
      <w:pPr>
        <w:spacing w:before="160" w:after="120"/>
        <w:jc w:val="center"/>
        <w:rPr>
          <w:rFonts w:hint="eastAsia"/>
        </w:rPr>
      </w:pPr>
      <w:r>
        <w:rPr>
          <w:b/>
          <w:color w:val="0A192C"/>
          <w:sz w:val="50"/>
        </w:rPr>
        <w:t>VOTRE SÉMINAIRE</w:t>
      </w:r>
    </w:p>
    <w:p w14:paraId="62827B7F" w14:textId="77777777" w:rsidR="00BA61DA" w:rsidRDefault="00720021">
      <w:pPr>
        <w:spacing w:after="160"/>
        <w:jc w:val="center"/>
        <w:rPr>
          <w:rFonts w:hint="eastAsia"/>
        </w:rPr>
      </w:pPr>
      <w:r>
        <w:rPr>
          <w:b/>
          <w:color w:val="C59A4A"/>
        </w:rPr>
        <w:t>CHOISISSEZ VOTRE FORMULE ET VOS ACTIVITÉS</w:t>
      </w:r>
    </w:p>
    <w:p w14:paraId="42C8AB80" w14:textId="77777777" w:rsidR="00BA61DA" w:rsidRDefault="00720021">
      <w:pPr>
        <w:spacing w:after="0"/>
        <w:ind w:left="-181"/>
        <w:rPr>
          <w:rFonts w:hint="eastAsia"/>
        </w:rPr>
      </w:pPr>
      <w:r>
        <w:rPr>
          <w:noProof/>
        </w:rPr>
        <w:drawing>
          <wp:inline distT="0" distB="0" distL="0" distR="0" wp14:anchorId="1B1A17BC" wp14:editId="530D4077">
            <wp:extent cx="6660000" cy="3748242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Événement rugby au coucher du soleil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60000" cy="3748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682AB6" w14:textId="77777777" w:rsidR="00BA61DA" w:rsidRDefault="00BA61DA">
      <w:pPr>
        <w:spacing w:after="20"/>
        <w:rPr>
          <w:rFonts w:hint="eastAsia"/>
        </w:rPr>
      </w:pPr>
    </w:p>
    <w:p w14:paraId="623B6075" w14:textId="77777777" w:rsidR="00BA61DA" w:rsidRDefault="00720021">
      <w:pPr>
        <w:spacing w:after="80"/>
        <w:ind w:left="-181"/>
        <w:rPr>
          <w:rFonts w:hint="eastAsia"/>
        </w:rPr>
      </w:pPr>
      <w:r>
        <w:rPr>
          <w:noProof/>
        </w:rPr>
        <w:drawing>
          <wp:inline distT="0" distB="0" distL="0" distR="0" wp14:anchorId="3E6F05C6" wp14:editId="443D5006">
            <wp:extent cx="6660000" cy="2220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ec-51253c17-2cbd-493c-a6f9-4285a1cd0265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60000" cy="22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F04844" w14:textId="77777777" w:rsidR="00BA61DA" w:rsidRDefault="00720021">
      <w:pPr>
        <w:spacing w:after="160"/>
        <w:jc w:val="center"/>
        <w:rPr>
          <w:rFonts w:hint="eastAsia"/>
        </w:rPr>
      </w:pPr>
      <w:r>
        <w:rPr>
          <w:b/>
          <w:color w:val="C59A4A"/>
        </w:rPr>
        <w:t>GOLF                                          DÉGUSTATION AU DOMAINE</w:t>
      </w:r>
    </w:p>
    <w:tbl>
      <w:tblPr>
        <w:tblW w:w="0" w:type="auto"/>
        <w:jc w:val="center"/>
        <w:tblBorders>
          <w:top w:val="single" w:sz="8" w:space="0" w:color="D8E3E9"/>
          <w:left w:val="single" w:sz="8" w:space="0" w:color="D8E3E9"/>
          <w:bottom w:val="single" w:sz="8" w:space="0" w:color="D8E3E9"/>
          <w:right w:val="single" w:sz="8" w:space="0" w:color="D8E3E9"/>
          <w:insideH w:val="single" w:sz="8" w:space="0" w:color="D8E3E9"/>
          <w:insideV w:val="single" w:sz="8" w:space="0" w:color="D8E3E9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7540"/>
      </w:tblGrid>
      <w:tr w:rsidR="00BA61DA" w14:paraId="63C80756" w14:textId="77777777">
        <w:trPr>
          <w:jc w:val="center"/>
        </w:trPr>
        <w:tc>
          <w:tcPr>
            <w:tcW w:w="2948" w:type="dxa"/>
            <w:shd w:val="clear" w:color="auto" w:fill="0A192C"/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0F11116D" w14:textId="77777777" w:rsidR="00BA61DA" w:rsidRDefault="00720021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</w:rPr>
              <w:t>VOTRE ENTREPRISE</w:t>
            </w:r>
          </w:p>
        </w:tc>
        <w:tc>
          <w:tcPr>
            <w:tcW w:w="7540" w:type="dxa"/>
            <w:shd w:val="clear" w:color="auto" w:fill="EEF3F6"/>
            <w:tcMar>
              <w:top w:w="130" w:type="dxa"/>
              <w:left w:w="190" w:type="dxa"/>
              <w:bottom w:w="130" w:type="dxa"/>
              <w:right w:w="190" w:type="dxa"/>
            </w:tcMar>
          </w:tcPr>
          <w:p w14:paraId="1CD64955" w14:textId="77777777" w:rsidR="00BA61DA" w:rsidRDefault="00720021">
            <w:pPr>
              <w:spacing w:after="0"/>
              <w:rPr>
                <w:rFonts w:hint="eastAsia"/>
              </w:rPr>
            </w:pPr>
            <w:r>
              <w:rPr>
                <w:b/>
                <w:sz w:val="22"/>
              </w:rPr>
              <w:t>[ Nom du client / Société ]</w:t>
            </w:r>
          </w:p>
        </w:tc>
      </w:tr>
      <w:tr w:rsidR="00BA61DA" w14:paraId="16504F0B" w14:textId="77777777">
        <w:trPr>
          <w:jc w:val="center"/>
        </w:trPr>
        <w:tc>
          <w:tcPr>
            <w:tcW w:w="2948" w:type="dxa"/>
            <w:shd w:val="clear" w:color="auto" w:fill="C59A4A"/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0BCE56B2" w14:textId="77777777" w:rsidR="00BA61DA" w:rsidRDefault="00720021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</w:rPr>
              <w:t>DATE DE LA DEMANDE</w:t>
            </w:r>
          </w:p>
        </w:tc>
        <w:tc>
          <w:tcPr>
            <w:tcW w:w="7540" w:type="dxa"/>
            <w:shd w:val="clear" w:color="auto" w:fill="EEF3F6"/>
            <w:tcMar>
              <w:top w:w="130" w:type="dxa"/>
              <w:left w:w="190" w:type="dxa"/>
              <w:bottom w:w="130" w:type="dxa"/>
              <w:right w:w="190" w:type="dxa"/>
            </w:tcMar>
          </w:tcPr>
          <w:p w14:paraId="05E0A616" w14:textId="77777777" w:rsidR="00BA61DA" w:rsidRDefault="00720021">
            <w:pPr>
              <w:spacing w:after="0"/>
              <w:rPr>
                <w:rFonts w:hint="eastAsia"/>
              </w:rPr>
            </w:pPr>
            <w:r>
              <w:rPr>
                <w:sz w:val="22"/>
              </w:rPr>
              <w:t>[ JJ / MM / AAAA ]</w:t>
            </w:r>
          </w:p>
        </w:tc>
      </w:tr>
    </w:tbl>
    <w:p w14:paraId="21F5238D" w14:textId="77777777" w:rsidR="00BA61DA" w:rsidRDefault="00720021">
      <w:pPr>
        <w:rPr>
          <w:rFonts w:hint="eastAsia"/>
        </w:rPr>
      </w:pPr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BA61DA" w14:paraId="5D40806A" w14:textId="77777777">
        <w:trPr>
          <w:jc w:val="center"/>
        </w:trPr>
        <w:tc>
          <w:tcPr>
            <w:tcW w:w="5244" w:type="dxa"/>
            <w:shd w:val="clear" w:color="auto" w:fill="C59A4A"/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5461A7CC" w14:textId="77777777" w:rsidR="00BA61DA" w:rsidRDefault="00720021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30"/>
              </w:rPr>
              <w:lastRenderedPageBreak/>
              <w:t>01</w:t>
            </w:r>
          </w:p>
        </w:tc>
        <w:tc>
          <w:tcPr>
            <w:tcW w:w="5244" w:type="dxa"/>
            <w:shd w:val="clear" w:color="auto" w:fill="0A192C"/>
            <w:tcMar>
              <w:top w:w="90" w:type="dxa"/>
              <w:left w:w="210" w:type="dxa"/>
              <w:bottom w:w="90" w:type="dxa"/>
              <w:right w:w="120" w:type="dxa"/>
            </w:tcMar>
          </w:tcPr>
          <w:p w14:paraId="416F1334" w14:textId="77777777" w:rsidR="00BA61DA" w:rsidRDefault="00720021" w:rsidP="00D91E65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32"/>
              </w:rPr>
              <w:t>CHOISISSEZ VOTRE FORMULE</w:t>
            </w:r>
          </w:p>
        </w:tc>
      </w:tr>
    </w:tbl>
    <w:p w14:paraId="0E8B4A23" w14:textId="77777777" w:rsidR="00BA61DA" w:rsidRDefault="00BA61DA">
      <w:pPr>
        <w:spacing w:after="20"/>
        <w:rPr>
          <w:rFonts w:hint="eastAsia"/>
        </w:rPr>
      </w:pPr>
    </w:p>
    <w:p w14:paraId="10A7DC36" w14:textId="77777777" w:rsidR="00BA61DA" w:rsidRDefault="00720021">
      <w:pPr>
        <w:spacing w:after="140"/>
        <w:rPr>
          <w:rFonts w:hint="eastAsia"/>
        </w:rPr>
      </w:pPr>
      <w:r>
        <w:rPr>
          <w:sz w:val="20"/>
        </w:rPr>
        <w:t>Odyssea met le rugby au service de vos équipes. Choisissez l’expérience qui correspond à vos objectifs, puis complétez votre séminaire avec les activités et les services souhaités. Nous vous adresserons une proposition de prix personnalisée après réception de cette fiche.</w:t>
      </w:r>
    </w:p>
    <w:p w14:paraId="12B7BFA3" w14:textId="77777777" w:rsidR="00BA61DA" w:rsidRDefault="00720021">
      <w:pPr>
        <w:spacing w:before="100" w:after="80"/>
        <w:rPr>
          <w:rFonts w:hint="eastAsia"/>
        </w:rPr>
      </w:pPr>
      <w:r>
        <w:rPr>
          <w:b/>
          <w:color w:val="C59A4A"/>
          <w:sz w:val="22"/>
        </w:rPr>
        <w:t>VOTRE ENTREPRISE ET VOTRE PROJET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BA61DA" w14:paraId="3B92462F" w14:textId="77777777">
        <w:trPr>
          <w:cantSplit/>
          <w:jc w:val="center"/>
        </w:trPr>
        <w:tc>
          <w:tcPr>
            <w:tcW w:w="5244" w:type="dxa"/>
            <w:shd w:val="clear" w:color="auto" w:fill="0A192C"/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2E3F96A6" w14:textId="77777777" w:rsidR="00BA61DA" w:rsidRDefault="00720021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</w:rPr>
              <w:t>VOS COORDONNÉES</w:t>
            </w:r>
          </w:p>
        </w:tc>
        <w:tc>
          <w:tcPr>
            <w:tcW w:w="5244" w:type="dxa"/>
            <w:shd w:val="clear" w:color="auto" w:fill="0A192C"/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58832E41" w14:textId="77777777" w:rsidR="00BA61DA" w:rsidRDefault="00720021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</w:rPr>
              <w:t>VOTRE SÉMINAIRE</w:t>
            </w:r>
          </w:p>
        </w:tc>
      </w:tr>
      <w:tr w:rsidR="00BA61DA" w14:paraId="533CFB32" w14:textId="77777777">
        <w:trPr>
          <w:cantSplit/>
          <w:jc w:val="center"/>
        </w:trPr>
        <w:tc>
          <w:tcPr>
            <w:tcW w:w="5244" w:type="dxa"/>
            <w:shd w:val="clear" w:color="auto" w:fill="EEF3F6"/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759B595B" w14:textId="77777777" w:rsidR="00BA61DA" w:rsidRDefault="00720021">
            <w:pPr>
              <w:spacing w:after="0"/>
              <w:rPr>
                <w:rFonts w:hint="eastAsia"/>
              </w:rPr>
            </w:pPr>
            <w:r>
              <w:rPr>
                <w:sz w:val="20"/>
              </w:rPr>
              <w:t>Entreprise : [ à compléter ]</w:t>
            </w:r>
          </w:p>
        </w:tc>
        <w:tc>
          <w:tcPr>
            <w:tcW w:w="5244" w:type="dxa"/>
            <w:shd w:val="clear" w:color="auto" w:fill="EEF3F6"/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63BFE18E" w14:textId="77777777" w:rsidR="00BA61DA" w:rsidRDefault="00720021">
            <w:pPr>
              <w:spacing w:after="0"/>
              <w:rPr>
                <w:rFonts w:hint="eastAsia"/>
              </w:rPr>
            </w:pPr>
            <w:r>
              <w:rPr>
                <w:sz w:val="20"/>
              </w:rPr>
              <w:t>Date souhaitée : [ à compléter ]</w:t>
            </w:r>
          </w:p>
        </w:tc>
      </w:tr>
      <w:tr w:rsidR="00BA61DA" w14:paraId="66720997" w14:textId="77777777">
        <w:trPr>
          <w:cantSplit/>
          <w:jc w:val="center"/>
        </w:trPr>
        <w:tc>
          <w:tcPr>
            <w:tcW w:w="5244" w:type="dxa"/>
            <w:shd w:val="clear" w:color="auto" w:fill="FFFFFF"/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657D9B9B" w14:textId="77777777" w:rsidR="00BA61DA" w:rsidRDefault="00720021">
            <w:pPr>
              <w:spacing w:after="0"/>
              <w:rPr>
                <w:rFonts w:hint="eastAsia"/>
              </w:rPr>
            </w:pPr>
            <w:r>
              <w:rPr>
                <w:sz w:val="20"/>
              </w:rPr>
              <w:t>Contact / fonction : [ à compléter ]</w:t>
            </w:r>
          </w:p>
        </w:tc>
        <w:tc>
          <w:tcPr>
            <w:tcW w:w="5244" w:type="dxa"/>
            <w:shd w:val="clear" w:color="auto" w:fill="FFFFFF"/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1EC77F79" w14:textId="77777777" w:rsidR="00BA61DA" w:rsidRDefault="00720021">
            <w:pPr>
              <w:spacing w:after="0"/>
              <w:rPr>
                <w:rFonts w:hint="eastAsia"/>
              </w:rPr>
            </w:pPr>
            <w:r>
              <w:rPr>
                <w:sz w:val="20"/>
              </w:rPr>
              <w:t>Autre date possible : [ à compléter ]</w:t>
            </w:r>
          </w:p>
        </w:tc>
      </w:tr>
      <w:tr w:rsidR="00BA61DA" w14:paraId="4B3E8C34" w14:textId="77777777">
        <w:trPr>
          <w:cantSplit/>
          <w:jc w:val="center"/>
        </w:trPr>
        <w:tc>
          <w:tcPr>
            <w:tcW w:w="5244" w:type="dxa"/>
            <w:shd w:val="clear" w:color="auto" w:fill="EEF3F6"/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3FE6CE61" w14:textId="77777777" w:rsidR="00BA61DA" w:rsidRDefault="00720021">
            <w:pPr>
              <w:spacing w:after="0"/>
              <w:rPr>
                <w:rFonts w:hint="eastAsia"/>
              </w:rPr>
            </w:pPr>
            <w:r>
              <w:rPr>
                <w:sz w:val="20"/>
              </w:rPr>
              <w:t>Téléphone : [ à compléter ]</w:t>
            </w:r>
          </w:p>
        </w:tc>
        <w:tc>
          <w:tcPr>
            <w:tcW w:w="5244" w:type="dxa"/>
            <w:shd w:val="clear" w:color="auto" w:fill="EEF3F6"/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148847FE" w14:textId="77777777" w:rsidR="00BA61DA" w:rsidRDefault="00720021">
            <w:pPr>
              <w:spacing w:after="0"/>
              <w:rPr>
                <w:rFonts w:hint="eastAsia"/>
              </w:rPr>
            </w:pPr>
            <w:r>
              <w:rPr>
                <w:sz w:val="20"/>
              </w:rPr>
              <w:t>Participants : [ nombre ]</w:t>
            </w:r>
          </w:p>
        </w:tc>
      </w:tr>
      <w:tr w:rsidR="00BA61DA" w14:paraId="66095E74" w14:textId="77777777">
        <w:trPr>
          <w:cantSplit/>
          <w:jc w:val="center"/>
        </w:trPr>
        <w:tc>
          <w:tcPr>
            <w:tcW w:w="5244" w:type="dxa"/>
            <w:shd w:val="clear" w:color="auto" w:fill="FFFFFF"/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399571D2" w14:textId="77777777" w:rsidR="00BA61DA" w:rsidRDefault="00720021">
            <w:pPr>
              <w:spacing w:after="0"/>
              <w:rPr>
                <w:rFonts w:hint="eastAsia"/>
              </w:rPr>
            </w:pPr>
            <w:r>
              <w:rPr>
                <w:sz w:val="20"/>
              </w:rPr>
              <w:t>E-mail : [ à compléter ]</w:t>
            </w:r>
          </w:p>
        </w:tc>
        <w:tc>
          <w:tcPr>
            <w:tcW w:w="5244" w:type="dxa"/>
            <w:shd w:val="clear" w:color="auto" w:fill="FFFFFF"/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353C5158" w14:textId="77777777" w:rsidR="00BA61DA" w:rsidRDefault="00720021">
            <w:pPr>
              <w:spacing w:after="0"/>
              <w:rPr>
                <w:rFonts w:hint="eastAsia"/>
              </w:rPr>
            </w:pPr>
            <w:r>
              <w:rPr>
                <w:sz w:val="20"/>
              </w:rPr>
              <w:t>Ville / lieu souhaité : [ à compléter ]</w:t>
            </w:r>
          </w:p>
        </w:tc>
      </w:tr>
    </w:tbl>
    <w:p w14:paraId="10797EE8" w14:textId="77777777" w:rsidR="00BA61DA" w:rsidRDefault="00720021">
      <w:pPr>
        <w:spacing w:before="100" w:after="80"/>
        <w:rPr>
          <w:rFonts w:hint="eastAsia"/>
        </w:rPr>
      </w:pPr>
      <w:r>
        <w:rPr>
          <w:b/>
          <w:color w:val="C59A4A"/>
          <w:sz w:val="22"/>
        </w:rPr>
        <w:t>LA FORMULE RUGBY ET ENTREPRISE</w:t>
      </w:r>
    </w:p>
    <w:p w14:paraId="200639F0" w14:textId="77777777" w:rsidR="00BA61DA" w:rsidRDefault="00720021">
      <w:pPr>
        <w:spacing w:after="140"/>
        <w:rPr>
          <w:rFonts w:hint="eastAsia"/>
        </w:rPr>
      </w:pPr>
      <w:r>
        <w:t>Cochez votre préférence. Les durées ci-dessous concernent l’intervention Odyssea, hors repas, réunion interne et activités complémentaires.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7540"/>
      </w:tblGrid>
      <w:tr w:rsidR="00BA61DA" w14:paraId="2D3E060D" w14:textId="77777777">
        <w:trPr>
          <w:cantSplit/>
          <w:jc w:val="center"/>
        </w:trPr>
        <w:tc>
          <w:tcPr>
            <w:tcW w:w="2948" w:type="dxa"/>
            <w:shd w:val="clear" w:color="auto" w:fill="0A192C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14:paraId="29E973BF" w14:textId="77777777" w:rsidR="00BA61DA" w:rsidRDefault="00720021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</w:rPr>
              <w:t>VOTRE CHOIX</w:t>
            </w:r>
          </w:p>
        </w:tc>
        <w:tc>
          <w:tcPr>
            <w:tcW w:w="7540" w:type="dxa"/>
            <w:shd w:val="clear" w:color="auto" w:fill="0A192C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14:paraId="7C0A2BC4" w14:textId="77777777" w:rsidR="00BA61DA" w:rsidRDefault="00720021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</w:rPr>
              <w:t>CONTENU DE LA FORMULE</w:t>
            </w:r>
          </w:p>
        </w:tc>
      </w:tr>
      <w:tr w:rsidR="00BA61DA" w14:paraId="758AD234" w14:textId="77777777">
        <w:trPr>
          <w:cantSplit/>
          <w:jc w:val="center"/>
        </w:trPr>
        <w:tc>
          <w:tcPr>
            <w:tcW w:w="2948" w:type="dxa"/>
            <w:shd w:val="clear" w:color="auto" w:fill="EEF3F6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14:paraId="3F7AE056" w14:textId="77777777" w:rsidR="00BA61DA" w:rsidRDefault="00720021">
            <w:pPr>
              <w:spacing w:after="0"/>
              <w:rPr>
                <w:rFonts w:hint="eastAsia"/>
              </w:rPr>
            </w:pPr>
            <w:sdt>
              <w:sdtPr>
                <w:id w:val="114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DÉCOUVERTE</w:t>
            </w:r>
            <w:r>
              <w:rPr>
                <w:sz w:val="20"/>
              </w:rPr>
              <w:br/>
              <w:t>2 h à 2 h 30</w:t>
            </w:r>
          </w:p>
        </w:tc>
        <w:tc>
          <w:tcPr>
            <w:tcW w:w="7540" w:type="dxa"/>
            <w:shd w:val="clear" w:color="auto" w:fill="EEF3F6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14:paraId="67FD253F" w14:textId="77777777" w:rsidR="00BA61DA" w:rsidRDefault="00720021">
            <w:pPr>
              <w:spacing w:after="0"/>
              <w:rPr>
                <w:rFonts w:hint="eastAsia"/>
              </w:rPr>
            </w:pPr>
            <w:r>
              <w:rPr>
                <w:sz w:val="20"/>
              </w:rPr>
              <w:t>Une découverte conviviale du rugby.</w:t>
            </w:r>
            <w:r>
              <w:rPr>
                <w:sz w:val="20"/>
              </w:rPr>
              <w:br/>
              <w:t>Accueil, briefing sécurité, échauffement, passes et jeu au pied, challenges par équipes et mini-tournoi.</w:t>
            </w:r>
          </w:p>
        </w:tc>
      </w:tr>
      <w:tr w:rsidR="00BA61DA" w14:paraId="54483310" w14:textId="77777777">
        <w:trPr>
          <w:cantSplit/>
          <w:jc w:val="center"/>
        </w:trPr>
        <w:tc>
          <w:tcPr>
            <w:tcW w:w="2948" w:type="dxa"/>
            <w:shd w:val="clear" w:color="auto" w:fill="FFFFFF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14:paraId="69AEF971" w14:textId="77777777" w:rsidR="00BA61DA" w:rsidRDefault="00720021">
            <w:pPr>
              <w:spacing w:after="0"/>
              <w:rPr>
                <w:rFonts w:hint="eastAsia"/>
              </w:rPr>
            </w:pPr>
            <w:sdt>
              <w:sdtPr>
                <w:id w:val="115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COHÉSION</w:t>
            </w:r>
            <w:r>
              <w:rPr>
                <w:sz w:val="20"/>
              </w:rPr>
              <w:br/>
              <w:t>Environ 3 h</w:t>
            </w:r>
          </w:p>
        </w:tc>
        <w:tc>
          <w:tcPr>
            <w:tcW w:w="7540" w:type="dxa"/>
            <w:shd w:val="clear" w:color="auto" w:fill="FFFFFF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14:paraId="78A45B1C" w14:textId="77777777" w:rsidR="00BA61DA" w:rsidRDefault="00720021">
            <w:pPr>
              <w:spacing w:after="0"/>
              <w:rPr>
                <w:rFonts w:hint="eastAsia"/>
              </w:rPr>
            </w:pPr>
            <w:r>
              <w:rPr>
                <w:sz w:val="20"/>
              </w:rPr>
              <w:t>Le terrain comme outil de management.</w:t>
            </w:r>
            <w:r>
              <w:rPr>
                <w:sz w:val="20"/>
              </w:rPr>
              <w:br/>
              <w:t>Ateliers rugby, communication, entraide, leadership, confiance et débrief collectif de 20 à 30 minutes.</w:t>
            </w:r>
          </w:p>
        </w:tc>
      </w:tr>
      <w:tr w:rsidR="00BA61DA" w14:paraId="5AD9ABBF" w14:textId="77777777">
        <w:trPr>
          <w:cantSplit/>
          <w:jc w:val="center"/>
        </w:trPr>
        <w:tc>
          <w:tcPr>
            <w:tcW w:w="2948" w:type="dxa"/>
            <w:shd w:val="clear" w:color="auto" w:fill="EEF3F6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14:paraId="70DBCA3F" w14:textId="77777777" w:rsidR="00BA61DA" w:rsidRDefault="00720021">
            <w:pPr>
              <w:spacing w:after="0"/>
              <w:rPr>
                <w:rFonts w:hint="eastAsia"/>
              </w:rPr>
            </w:pPr>
            <w:sdt>
              <w:sdtPr>
                <w:id w:val="116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PREMIUM</w:t>
            </w:r>
            <w:r>
              <w:rPr>
                <w:sz w:val="20"/>
              </w:rPr>
              <w:br/>
              <w:t>3 h 30 à 4 h</w:t>
            </w:r>
          </w:p>
        </w:tc>
        <w:tc>
          <w:tcPr>
            <w:tcW w:w="7540" w:type="dxa"/>
            <w:shd w:val="clear" w:color="auto" w:fill="EEF3F6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14:paraId="3AEAC022" w14:textId="77777777" w:rsidR="00BA61DA" w:rsidRDefault="00720021">
            <w:pPr>
              <w:spacing w:after="0"/>
              <w:rPr>
                <w:rFonts w:hint="eastAsia"/>
              </w:rPr>
            </w:pPr>
            <w:r>
              <w:rPr>
                <w:sz w:val="20"/>
              </w:rPr>
              <w:t>Relier l’expérience du terrain à l’entreprise.</w:t>
            </w:r>
            <w:r>
              <w:rPr>
                <w:sz w:val="20"/>
              </w:rPr>
              <w:br/>
              <w:t>Cadrage des objectifs, ateliers rugby et management, challenges, débrief approfondi et conférence Odyssea.</w:t>
            </w:r>
          </w:p>
        </w:tc>
      </w:tr>
      <w:tr w:rsidR="00BA61DA" w14:paraId="3E640D32" w14:textId="77777777">
        <w:trPr>
          <w:cantSplit/>
          <w:jc w:val="center"/>
        </w:trPr>
        <w:tc>
          <w:tcPr>
            <w:tcW w:w="2948" w:type="dxa"/>
            <w:shd w:val="clear" w:color="auto" w:fill="FFFFFF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14:paraId="6B9E9E98" w14:textId="77777777" w:rsidR="00BA61DA" w:rsidRDefault="00720021">
            <w:pPr>
              <w:spacing w:after="0"/>
              <w:rPr>
                <w:rFonts w:hint="eastAsia"/>
              </w:rPr>
            </w:pPr>
            <w:sdt>
              <w:sdtPr>
                <w:id w:val="117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CODIR / DIRIGEANTS</w:t>
            </w:r>
            <w:r>
              <w:rPr>
                <w:sz w:val="20"/>
              </w:rPr>
              <w:br/>
              <w:t>Demi-journée</w:t>
            </w:r>
          </w:p>
        </w:tc>
        <w:tc>
          <w:tcPr>
            <w:tcW w:w="7540" w:type="dxa"/>
            <w:shd w:val="clear" w:color="auto" w:fill="FFFFFF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14:paraId="3F370FC0" w14:textId="77777777" w:rsidR="00BA61DA" w:rsidRDefault="00720021">
            <w:pPr>
              <w:spacing w:after="0"/>
              <w:rPr>
                <w:rFonts w:hint="eastAsia"/>
              </w:rPr>
            </w:pPr>
            <w:r>
              <w:rPr>
                <w:sz w:val="20"/>
              </w:rPr>
              <w:t>Un format sur mesure pour 10 à 20 dirigeants.</w:t>
            </w:r>
            <w:r>
              <w:rPr>
                <w:sz w:val="20"/>
              </w:rPr>
              <w:br/>
              <w:t>Leadership, décision sous pression, confiance et performance collective.</w:t>
            </w:r>
          </w:p>
        </w:tc>
      </w:tr>
      <w:tr w:rsidR="00BA61DA" w14:paraId="35A601F3" w14:textId="77777777">
        <w:trPr>
          <w:cantSplit/>
          <w:jc w:val="center"/>
        </w:trPr>
        <w:tc>
          <w:tcPr>
            <w:tcW w:w="2948" w:type="dxa"/>
            <w:shd w:val="clear" w:color="auto" w:fill="EEF3F6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14:paraId="1F5B05D7" w14:textId="77777777" w:rsidR="00BA61DA" w:rsidRDefault="00720021">
            <w:pPr>
              <w:spacing w:after="0"/>
              <w:rPr>
                <w:rFonts w:hint="eastAsia"/>
              </w:rPr>
            </w:pPr>
            <w:sdt>
              <w:sdtPr>
                <w:id w:val="118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SUR MESURE</w:t>
            </w:r>
          </w:p>
        </w:tc>
        <w:tc>
          <w:tcPr>
            <w:tcW w:w="7540" w:type="dxa"/>
            <w:shd w:val="clear" w:color="auto" w:fill="EEF3F6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14:paraId="01FBD84F" w14:textId="77777777" w:rsidR="00BA61DA" w:rsidRDefault="00720021">
            <w:pPr>
              <w:spacing w:after="0"/>
              <w:rPr>
                <w:rFonts w:hint="eastAsia"/>
              </w:rPr>
            </w:pPr>
            <w:r>
              <w:rPr>
                <w:sz w:val="20"/>
              </w:rPr>
              <w:t>Précisez votre idée ou demandez-nous conseil :</w:t>
            </w:r>
            <w:r>
              <w:rPr>
                <w:sz w:val="20"/>
              </w:rPr>
              <w:br/>
              <w:t>[                                                                      ]</w:t>
            </w:r>
          </w:p>
        </w:tc>
      </w:tr>
    </w:tbl>
    <w:p w14:paraId="3CA5AA69" w14:textId="77777777" w:rsidR="00BA61DA" w:rsidRDefault="00720021">
      <w:pPr>
        <w:spacing w:before="100" w:after="80"/>
        <w:rPr>
          <w:rFonts w:hint="eastAsia"/>
        </w:rPr>
      </w:pPr>
      <w:r>
        <w:rPr>
          <w:b/>
          <w:color w:val="C59A4A"/>
          <w:sz w:val="22"/>
        </w:rPr>
        <w:t>LA DURÉE DE VOTRE SÉMINAIRE</w:t>
      </w:r>
    </w:p>
    <w:p w14:paraId="3A87548A" w14:textId="77777777" w:rsidR="00BA61DA" w:rsidRDefault="00720021">
      <w:pPr>
        <w:spacing w:after="140"/>
        <w:rPr>
          <w:rFonts w:hint="eastAsia"/>
        </w:rPr>
      </w:pPr>
      <w:sdt>
        <w:sdtPr>
          <w:id w:val="101"/>
          <w14:checkbox>
            <w14:checked w14:val="0"/>
            <w14:checkedState w14:val="2612" w14:font="DejaVu Sans"/>
            <w14:uncheckedState w14:val="2610" w14:font="DejaVu Sans"/>
          </w14:checkbox>
        </w:sdtPr>
        <w:sdtEndPr/>
        <w:sdtContent>
          <w:r>
            <w:rPr>
              <w:sz w:val="20"/>
            </w:rPr>
            <w:t>☐</w:t>
          </w:r>
        </w:sdtContent>
      </w:sdt>
      <w:r>
        <w:rPr>
          <w:sz w:val="20"/>
        </w:rPr>
        <w:t xml:space="preserve"> Demi-journée   </w:t>
      </w:r>
      <w:sdt>
        <w:sdtPr>
          <w:id w:val="102"/>
          <w14:checkbox>
            <w14:checked w14:val="0"/>
            <w14:checkedState w14:val="2612" w14:font="DejaVu Sans"/>
            <w14:uncheckedState w14:val="2610" w14:font="DejaVu Sans"/>
          </w14:checkbox>
        </w:sdtPr>
        <w:sdtEndPr/>
        <w:sdtContent>
          <w:r>
            <w:rPr>
              <w:sz w:val="20"/>
            </w:rPr>
            <w:t>☐</w:t>
          </w:r>
        </w:sdtContent>
      </w:sdt>
      <w:r>
        <w:rPr>
          <w:sz w:val="20"/>
        </w:rPr>
        <w:t xml:space="preserve"> Journée   </w:t>
      </w:r>
      <w:sdt>
        <w:sdtPr>
          <w:id w:val="103"/>
          <w14:checkbox>
            <w14:checked w14:val="0"/>
            <w14:checkedState w14:val="2612" w14:font="DejaVu Sans"/>
            <w14:uncheckedState w14:val="2610" w14:font="DejaVu Sans"/>
          </w14:checkbox>
        </w:sdtPr>
        <w:sdtEndPr/>
        <w:sdtContent>
          <w:r>
            <w:rPr>
              <w:sz w:val="20"/>
            </w:rPr>
            <w:t>☐</w:t>
          </w:r>
        </w:sdtContent>
      </w:sdt>
      <w:r>
        <w:rPr>
          <w:sz w:val="20"/>
        </w:rPr>
        <w:t xml:space="preserve"> 2 jours avec nuitée</w:t>
      </w:r>
      <w:r>
        <w:rPr>
          <w:sz w:val="20"/>
        </w:rPr>
        <w:br/>
      </w:r>
      <w:sdt>
        <w:sdtPr>
          <w:id w:val="104"/>
          <w14:checkbox>
            <w14:checked w14:val="0"/>
            <w14:checkedState w14:val="2612" w14:font="DejaVu Sans"/>
            <w14:uncheckedState w14:val="2610" w14:font="DejaVu Sans"/>
          </w14:checkbox>
        </w:sdtPr>
        <w:sdtEndPr/>
        <w:sdtContent>
          <w:r>
            <w:rPr>
              <w:sz w:val="20"/>
            </w:rPr>
            <w:t>☐</w:t>
          </w:r>
        </w:sdtContent>
      </w:sdt>
      <w:r>
        <w:rPr>
          <w:sz w:val="20"/>
        </w:rPr>
        <w:t xml:space="preserve"> Plusieurs jours : [ durée ]   </w:t>
      </w:r>
      <w:sdt>
        <w:sdtPr>
          <w:id w:val="105"/>
          <w14:checkbox>
            <w14:checked w14:val="0"/>
            <w14:checkedState w14:val="2612" w14:font="DejaVu Sans"/>
            <w14:uncheckedState w14:val="2610" w14:font="DejaVu Sans"/>
          </w14:checkbox>
        </w:sdtPr>
        <w:sdtEndPr/>
        <w:sdtContent>
          <w:r>
            <w:rPr>
              <w:sz w:val="20"/>
            </w:rPr>
            <w:t>☐</w:t>
          </w:r>
        </w:sdtContent>
      </w:sdt>
      <w:r>
        <w:rPr>
          <w:sz w:val="20"/>
        </w:rPr>
        <w:t xml:space="preserve"> À définir ensemble</w:t>
      </w:r>
    </w:p>
    <w:p w14:paraId="74C2F62A" w14:textId="77777777" w:rsidR="00BA61DA" w:rsidRDefault="00720021">
      <w:pPr>
        <w:spacing w:before="100" w:after="80"/>
        <w:rPr>
          <w:rFonts w:hint="eastAsia"/>
        </w:rPr>
      </w:pPr>
      <w:r>
        <w:rPr>
          <w:b/>
          <w:color w:val="C59A4A"/>
          <w:sz w:val="22"/>
        </w:rPr>
        <w:t>VOS OBJECTIFS PRIORITAIRES</w:t>
      </w:r>
    </w:p>
    <w:p w14:paraId="766AA6C2" w14:textId="77777777" w:rsidR="00BA61DA" w:rsidRDefault="00720021">
      <w:pPr>
        <w:spacing w:after="140"/>
        <w:rPr>
          <w:rFonts w:hint="eastAsia"/>
        </w:rPr>
      </w:pPr>
      <w:sdt>
        <w:sdtPr>
          <w:id w:val="106"/>
          <w14:checkbox>
            <w14:checked w14:val="0"/>
            <w14:checkedState w14:val="2612" w14:font="DejaVu Sans"/>
            <w14:uncheckedState w14:val="2610" w14:font="DejaVu Sans"/>
          </w14:checkbox>
        </w:sdtPr>
        <w:sdtEndPr/>
        <w:sdtContent>
          <w:r>
            <w:rPr>
              <w:sz w:val="20"/>
            </w:rPr>
            <w:t>☐</w:t>
          </w:r>
        </w:sdtContent>
      </w:sdt>
      <w:r>
        <w:rPr>
          <w:sz w:val="20"/>
        </w:rPr>
        <w:t xml:space="preserve"> Cohésion   </w:t>
      </w:r>
      <w:sdt>
        <w:sdtPr>
          <w:id w:val="107"/>
          <w14:checkbox>
            <w14:checked w14:val="0"/>
            <w14:checkedState w14:val="2612" w14:font="DejaVu Sans"/>
            <w14:uncheckedState w14:val="2610" w14:font="DejaVu Sans"/>
          </w14:checkbox>
        </w:sdtPr>
        <w:sdtEndPr/>
        <w:sdtContent>
          <w:r>
            <w:rPr>
              <w:sz w:val="20"/>
            </w:rPr>
            <w:t>☐</w:t>
          </w:r>
        </w:sdtContent>
      </w:sdt>
      <w:r>
        <w:rPr>
          <w:sz w:val="20"/>
        </w:rPr>
        <w:t xml:space="preserve"> Communication   </w:t>
      </w:r>
      <w:sdt>
        <w:sdtPr>
          <w:id w:val="108"/>
          <w14:checkbox>
            <w14:checked w14:val="0"/>
            <w14:checkedState w14:val="2612" w14:font="DejaVu Sans"/>
            <w14:uncheckedState w14:val="2610" w14:font="DejaVu Sans"/>
          </w14:checkbox>
        </w:sdtPr>
        <w:sdtEndPr/>
        <w:sdtContent>
          <w:r>
            <w:rPr>
              <w:sz w:val="20"/>
            </w:rPr>
            <w:t>☐</w:t>
          </w:r>
        </w:sdtContent>
      </w:sdt>
      <w:r>
        <w:rPr>
          <w:sz w:val="20"/>
        </w:rPr>
        <w:t xml:space="preserve"> Leadership   </w:t>
      </w:r>
      <w:sdt>
        <w:sdtPr>
          <w:id w:val="109"/>
          <w14:checkbox>
            <w14:checked w14:val="0"/>
            <w14:checkedState w14:val="2612" w14:font="DejaVu Sans"/>
            <w14:uncheckedState w14:val="2610" w14:font="DejaVu Sans"/>
          </w14:checkbox>
        </w:sdtPr>
        <w:sdtEndPr/>
        <w:sdtContent>
          <w:r>
            <w:rPr>
              <w:sz w:val="20"/>
            </w:rPr>
            <w:t>☐</w:t>
          </w:r>
        </w:sdtContent>
      </w:sdt>
      <w:r>
        <w:rPr>
          <w:sz w:val="20"/>
        </w:rPr>
        <w:t xml:space="preserve"> Confiance</w:t>
      </w:r>
      <w:r>
        <w:rPr>
          <w:sz w:val="20"/>
        </w:rPr>
        <w:br/>
      </w:r>
      <w:sdt>
        <w:sdtPr>
          <w:id w:val="110"/>
          <w14:checkbox>
            <w14:checked w14:val="0"/>
            <w14:checkedState w14:val="2612" w14:font="DejaVu Sans"/>
            <w14:uncheckedState w14:val="2610" w14:font="DejaVu Sans"/>
          </w14:checkbox>
        </w:sdtPr>
        <w:sdtEndPr/>
        <w:sdtContent>
          <w:r>
            <w:rPr>
              <w:sz w:val="20"/>
            </w:rPr>
            <w:t>☐</w:t>
          </w:r>
        </w:sdtContent>
      </w:sdt>
      <w:r>
        <w:rPr>
          <w:sz w:val="20"/>
        </w:rPr>
        <w:t xml:space="preserve"> Gestion de la pression   </w:t>
      </w:r>
      <w:sdt>
        <w:sdtPr>
          <w:id w:val="111"/>
          <w14:checkbox>
            <w14:checked w14:val="0"/>
            <w14:checkedState w14:val="2612" w14:font="DejaVu Sans"/>
            <w14:uncheckedState w14:val="2610" w14:font="DejaVu Sans"/>
          </w14:checkbox>
        </w:sdtPr>
        <w:sdtEndPr/>
        <w:sdtContent>
          <w:r>
            <w:rPr>
              <w:sz w:val="20"/>
            </w:rPr>
            <w:t>☐</w:t>
          </w:r>
        </w:sdtContent>
      </w:sdt>
      <w:r>
        <w:rPr>
          <w:sz w:val="20"/>
        </w:rPr>
        <w:t xml:space="preserve"> Intégration   </w:t>
      </w:r>
      <w:sdt>
        <w:sdtPr>
          <w:id w:val="112"/>
          <w14:checkbox>
            <w14:checked w14:val="0"/>
            <w14:checkedState w14:val="2612" w14:font="DejaVu Sans"/>
            <w14:uncheckedState w14:val="2610" w14:font="DejaVu Sans"/>
          </w14:checkbox>
        </w:sdtPr>
        <w:sdtEndPr/>
        <w:sdtContent>
          <w:r>
            <w:rPr>
              <w:sz w:val="20"/>
            </w:rPr>
            <w:t>☐</w:t>
          </w:r>
        </w:sdtContent>
      </w:sdt>
      <w:r>
        <w:rPr>
          <w:sz w:val="20"/>
        </w:rPr>
        <w:t xml:space="preserve"> Relations clients</w:t>
      </w:r>
      <w:r>
        <w:rPr>
          <w:sz w:val="20"/>
        </w:rPr>
        <w:br/>
      </w:r>
      <w:r>
        <w:rPr>
          <w:sz w:val="20"/>
        </w:rPr>
        <w:t>Autre objectif / contexte : [                                                           ]</w:t>
      </w:r>
    </w:p>
    <w:p w14:paraId="748C6A44" w14:textId="77777777" w:rsidR="00BA61DA" w:rsidRDefault="00720021">
      <w:pPr>
        <w:rPr>
          <w:rFonts w:hint="eastAsia"/>
        </w:rPr>
      </w:pPr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BA61DA" w14:paraId="344E72B7" w14:textId="77777777">
        <w:trPr>
          <w:jc w:val="center"/>
        </w:trPr>
        <w:tc>
          <w:tcPr>
            <w:tcW w:w="5244" w:type="dxa"/>
            <w:shd w:val="clear" w:color="auto" w:fill="C59A4A"/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49D5B467" w14:textId="77777777" w:rsidR="00BA61DA" w:rsidRDefault="00720021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30"/>
              </w:rPr>
              <w:lastRenderedPageBreak/>
              <w:t>02</w:t>
            </w:r>
          </w:p>
        </w:tc>
        <w:tc>
          <w:tcPr>
            <w:tcW w:w="5244" w:type="dxa"/>
            <w:shd w:val="clear" w:color="auto" w:fill="0A192C"/>
            <w:tcMar>
              <w:top w:w="90" w:type="dxa"/>
              <w:left w:w="210" w:type="dxa"/>
              <w:bottom w:w="90" w:type="dxa"/>
              <w:right w:w="120" w:type="dxa"/>
            </w:tcMar>
          </w:tcPr>
          <w:p w14:paraId="2676BD72" w14:textId="77777777" w:rsidR="00BA61DA" w:rsidRDefault="00720021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32"/>
              </w:rPr>
              <w:t>COMPOSEZ VOS ACTIVITÉS</w:t>
            </w:r>
          </w:p>
        </w:tc>
      </w:tr>
    </w:tbl>
    <w:p w14:paraId="4093A814" w14:textId="77777777" w:rsidR="00BA61DA" w:rsidRDefault="00BA61DA">
      <w:pPr>
        <w:spacing w:after="20"/>
        <w:rPr>
          <w:rFonts w:hint="eastAsia"/>
        </w:rPr>
      </w:pPr>
    </w:p>
    <w:p w14:paraId="7BA3D9AF" w14:textId="77777777" w:rsidR="00BA61DA" w:rsidRDefault="00720021">
      <w:pPr>
        <w:spacing w:after="140"/>
        <w:rPr>
          <w:rFonts w:hint="eastAsia"/>
        </w:rPr>
      </w:pPr>
      <w:r>
        <w:rPr>
          <w:sz w:val="20"/>
        </w:rPr>
        <w:t>Cochez les activités à associer à votre formule. Vous pouvez proposer vos propres idées. Nous organiserons le programme en fonction de votre durée de séjour et des disponibilités.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324"/>
        <w:gridCol w:w="8164"/>
      </w:tblGrid>
      <w:tr w:rsidR="00BA61DA" w14:paraId="4EFE94EC" w14:textId="77777777">
        <w:trPr>
          <w:cantSplit/>
          <w:jc w:val="center"/>
        </w:trPr>
        <w:tc>
          <w:tcPr>
            <w:tcW w:w="2324" w:type="dxa"/>
            <w:shd w:val="clear" w:color="auto" w:fill="0A192C"/>
            <w:tcMar>
              <w:top w:w="160" w:type="dxa"/>
              <w:left w:w="150" w:type="dxa"/>
              <w:bottom w:w="160" w:type="dxa"/>
              <w:right w:w="150" w:type="dxa"/>
            </w:tcMar>
            <w:vAlign w:val="center"/>
          </w:tcPr>
          <w:p w14:paraId="57E30748" w14:textId="77777777" w:rsidR="00BA61DA" w:rsidRDefault="00720021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</w:rPr>
              <w:t>UNIVERS</w:t>
            </w:r>
          </w:p>
        </w:tc>
        <w:tc>
          <w:tcPr>
            <w:tcW w:w="8164" w:type="dxa"/>
            <w:shd w:val="clear" w:color="auto" w:fill="0A192C"/>
            <w:tcMar>
              <w:top w:w="160" w:type="dxa"/>
              <w:left w:w="150" w:type="dxa"/>
              <w:bottom w:w="160" w:type="dxa"/>
              <w:right w:w="150" w:type="dxa"/>
            </w:tcMar>
            <w:vAlign w:val="center"/>
          </w:tcPr>
          <w:p w14:paraId="3B9B46F9" w14:textId="77777777" w:rsidR="00BA61DA" w:rsidRDefault="00720021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</w:rPr>
              <w:t>ACTIVITÉS SOUHAITÉES</w:t>
            </w:r>
          </w:p>
        </w:tc>
      </w:tr>
      <w:tr w:rsidR="00BA61DA" w14:paraId="4A5B7BF6" w14:textId="77777777">
        <w:trPr>
          <w:cantSplit/>
          <w:jc w:val="center"/>
        </w:trPr>
        <w:tc>
          <w:tcPr>
            <w:tcW w:w="2324" w:type="dxa"/>
            <w:shd w:val="clear" w:color="auto" w:fill="EEF3F6"/>
            <w:tcMar>
              <w:top w:w="160" w:type="dxa"/>
              <w:left w:w="150" w:type="dxa"/>
              <w:bottom w:w="160" w:type="dxa"/>
              <w:right w:w="150" w:type="dxa"/>
            </w:tcMar>
            <w:vAlign w:val="center"/>
          </w:tcPr>
          <w:p w14:paraId="17A4131B" w14:textId="77777777" w:rsidR="00BA61DA" w:rsidRDefault="00720021">
            <w:pPr>
              <w:spacing w:after="0"/>
              <w:rPr>
                <w:rFonts w:hint="eastAsia"/>
              </w:rPr>
            </w:pPr>
            <w:r>
              <w:rPr>
                <w:sz w:val="20"/>
              </w:rPr>
              <w:t>Rugby et rencontres</w:t>
            </w:r>
          </w:p>
        </w:tc>
        <w:tc>
          <w:tcPr>
            <w:tcW w:w="8164" w:type="dxa"/>
            <w:shd w:val="clear" w:color="auto" w:fill="EEF3F6"/>
            <w:tcMar>
              <w:top w:w="160" w:type="dxa"/>
              <w:left w:w="150" w:type="dxa"/>
              <w:bottom w:w="160" w:type="dxa"/>
              <w:right w:w="150" w:type="dxa"/>
            </w:tcMar>
            <w:vAlign w:val="center"/>
          </w:tcPr>
          <w:p w14:paraId="0C7D9F78" w14:textId="77777777" w:rsidR="00BA61DA" w:rsidRDefault="00720021">
            <w:pPr>
              <w:spacing w:after="0"/>
              <w:rPr>
                <w:rFonts w:hint="eastAsia"/>
              </w:rPr>
            </w:pPr>
            <w:sdt>
              <w:sdtPr>
                <w:id w:val="119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Initiation rugby   </w:t>
            </w:r>
            <w:sdt>
              <w:sdtPr>
                <w:id w:val="120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Challenges de cohésion</w:t>
            </w:r>
            <w:r>
              <w:rPr>
                <w:sz w:val="20"/>
              </w:rPr>
              <w:br/>
            </w:r>
            <w:sdt>
              <w:sdtPr>
                <w:id w:val="121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Rencontre avec un ancien joueur professionnel</w:t>
            </w:r>
            <w:r>
              <w:rPr>
                <w:sz w:val="20"/>
              </w:rPr>
              <w:br/>
            </w:r>
            <w:sdt>
              <w:sdtPr>
                <w:id w:val="122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Visite du campus RCT   </w:t>
            </w:r>
            <w:sdt>
              <w:sdtPr>
                <w:id w:val="123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Match du RCT</w:t>
            </w:r>
            <w:r>
              <w:rPr>
                <w:sz w:val="20"/>
              </w:rPr>
              <w:br/>
            </w:r>
            <w:sdt>
              <w:sdtPr>
                <w:id w:val="124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Hospitalité / espace VIP</w:t>
            </w:r>
          </w:p>
        </w:tc>
      </w:tr>
      <w:tr w:rsidR="00BA61DA" w14:paraId="4B43E0B7" w14:textId="77777777">
        <w:trPr>
          <w:cantSplit/>
          <w:jc w:val="center"/>
        </w:trPr>
        <w:tc>
          <w:tcPr>
            <w:tcW w:w="2324" w:type="dxa"/>
            <w:shd w:val="clear" w:color="auto" w:fill="FFFFFF"/>
            <w:tcMar>
              <w:top w:w="160" w:type="dxa"/>
              <w:left w:w="150" w:type="dxa"/>
              <w:bottom w:w="160" w:type="dxa"/>
              <w:right w:w="150" w:type="dxa"/>
            </w:tcMar>
            <w:vAlign w:val="center"/>
          </w:tcPr>
          <w:p w14:paraId="32AF5D24" w14:textId="77777777" w:rsidR="00BA61DA" w:rsidRDefault="00720021">
            <w:pPr>
              <w:spacing w:after="0"/>
              <w:rPr>
                <w:rFonts w:hint="eastAsia"/>
              </w:rPr>
            </w:pPr>
            <w:r>
              <w:rPr>
                <w:sz w:val="20"/>
              </w:rPr>
              <w:t>Conférences et ateliers</w:t>
            </w:r>
          </w:p>
        </w:tc>
        <w:tc>
          <w:tcPr>
            <w:tcW w:w="8164" w:type="dxa"/>
            <w:shd w:val="clear" w:color="auto" w:fill="FFFFFF"/>
            <w:tcMar>
              <w:top w:w="160" w:type="dxa"/>
              <w:left w:w="150" w:type="dxa"/>
              <w:bottom w:w="160" w:type="dxa"/>
              <w:right w:w="150" w:type="dxa"/>
            </w:tcMar>
            <w:vAlign w:val="center"/>
          </w:tcPr>
          <w:p w14:paraId="0C950094" w14:textId="77777777" w:rsidR="00BA61DA" w:rsidRDefault="00720021">
            <w:pPr>
              <w:spacing w:after="0"/>
              <w:rPr>
                <w:rFonts w:hint="eastAsia"/>
              </w:rPr>
            </w:pPr>
            <w:sdt>
              <w:sdtPr>
                <w:id w:val="125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Conférence rugby et management   </w:t>
            </w:r>
            <w:sdt>
              <w:sdtPr>
                <w:id w:val="126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Atelier leadership</w:t>
            </w:r>
            <w:r>
              <w:rPr>
                <w:sz w:val="20"/>
              </w:rPr>
              <w:br/>
            </w:r>
            <w:sdt>
              <w:sdtPr>
                <w:id w:val="127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Communication et entraide   </w:t>
            </w:r>
            <w:sdt>
              <w:sdtPr>
                <w:id w:val="128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Gestion de la pression</w:t>
            </w:r>
            <w:r>
              <w:rPr>
                <w:sz w:val="20"/>
              </w:rPr>
              <w:br/>
            </w:r>
            <w:sdt>
              <w:sdtPr>
                <w:id w:val="129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Débrief collectif   </w:t>
            </w:r>
            <w:sdt>
              <w:sdtPr>
                <w:id w:val="130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Réunion de travail interne</w:t>
            </w:r>
          </w:p>
        </w:tc>
      </w:tr>
      <w:tr w:rsidR="00BA61DA" w14:paraId="4D7CE064" w14:textId="77777777">
        <w:trPr>
          <w:cantSplit/>
          <w:jc w:val="center"/>
        </w:trPr>
        <w:tc>
          <w:tcPr>
            <w:tcW w:w="2324" w:type="dxa"/>
            <w:shd w:val="clear" w:color="auto" w:fill="EEF3F6"/>
            <w:tcMar>
              <w:top w:w="160" w:type="dxa"/>
              <w:left w:w="150" w:type="dxa"/>
              <w:bottom w:w="160" w:type="dxa"/>
              <w:right w:w="150" w:type="dxa"/>
            </w:tcMar>
            <w:vAlign w:val="center"/>
          </w:tcPr>
          <w:p w14:paraId="0610BA1B" w14:textId="77777777" w:rsidR="00BA61DA" w:rsidRDefault="00720021">
            <w:pPr>
              <w:spacing w:after="0"/>
              <w:rPr>
                <w:rFonts w:hint="eastAsia"/>
              </w:rPr>
            </w:pPr>
            <w:r>
              <w:rPr>
                <w:sz w:val="20"/>
              </w:rPr>
              <w:t>Golf et plein air</w:t>
            </w:r>
          </w:p>
        </w:tc>
        <w:tc>
          <w:tcPr>
            <w:tcW w:w="8164" w:type="dxa"/>
            <w:shd w:val="clear" w:color="auto" w:fill="EEF3F6"/>
            <w:tcMar>
              <w:top w:w="160" w:type="dxa"/>
              <w:left w:w="150" w:type="dxa"/>
              <w:bottom w:w="160" w:type="dxa"/>
              <w:right w:w="150" w:type="dxa"/>
            </w:tcMar>
            <w:vAlign w:val="center"/>
          </w:tcPr>
          <w:p w14:paraId="4AC04752" w14:textId="77777777" w:rsidR="00BA61DA" w:rsidRDefault="00720021">
            <w:pPr>
              <w:spacing w:after="0"/>
              <w:rPr>
                <w:rFonts w:hint="eastAsia"/>
              </w:rPr>
            </w:pPr>
            <w:sdt>
              <w:sdtPr>
                <w:id w:val="131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Initiation golf   </w:t>
            </w:r>
            <w:sdt>
              <w:sdtPr>
                <w:id w:val="132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Parcours   </w:t>
            </w:r>
            <w:sdt>
              <w:sdtPr>
                <w:id w:val="133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Tournoi</w:t>
            </w:r>
            <w:r>
              <w:rPr>
                <w:sz w:val="20"/>
              </w:rPr>
              <w:br/>
            </w:r>
            <w:sdt>
              <w:sdtPr>
                <w:id w:val="134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Pétanque   </w:t>
            </w:r>
            <w:sdt>
              <w:sdtPr>
                <w:id w:val="135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Randonnée   </w:t>
            </w:r>
            <w:sdt>
              <w:sdtPr>
                <w:id w:val="136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Balade à vélo</w:t>
            </w:r>
          </w:p>
        </w:tc>
      </w:tr>
      <w:tr w:rsidR="00BA61DA" w14:paraId="3C1B2638" w14:textId="77777777">
        <w:trPr>
          <w:cantSplit/>
          <w:jc w:val="center"/>
        </w:trPr>
        <w:tc>
          <w:tcPr>
            <w:tcW w:w="2324" w:type="dxa"/>
            <w:shd w:val="clear" w:color="auto" w:fill="FFFFFF"/>
            <w:tcMar>
              <w:top w:w="160" w:type="dxa"/>
              <w:left w:w="150" w:type="dxa"/>
              <w:bottom w:w="160" w:type="dxa"/>
              <w:right w:w="150" w:type="dxa"/>
            </w:tcMar>
            <w:vAlign w:val="center"/>
          </w:tcPr>
          <w:p w14:paraId="4AB940BB" w14:textId="77777777" w:rsidR="00BA61DA" w:rsidRDefault="00720021">
            <w:pPr>
              <w:spacing w:after="0"/>
              <w:rPr>
                <w:rFonts w:hint="eastAsia"/>
              </w:rPr>
            </w:pPr>
            <w:r>
              <w:rPr>
                <w:sz w:val="20"/>
              </w:rPr>
              <w:t>Mer et découverte</w:t>
            </w:r>
          </w:p>
        </w:tc>
        <w:tc>
          <w:tcPr>
            <w:tcW w:w="8164" w:type="dxa"/>
            <w:shd w:val="clear" w:color="auto" w:fill="FFFFFF"/>
            <w:tcMar>
              <w:top w:w="160" w:type="dxa"/>
              <w:left w:w="150" w:type="dxa"/>
              <w:bottom w:w="160" w:type="dxa"/>
              <w:right w:w="150" w:type="dxa"/>
            </w:tcMar>
            <w:vAlign w:val="center"/>
          </w:tcPr>
          <w:p w14:paraId="3FF52F0F" w14:textId="77777777" w:rsidR="00BA61DA" w:rsidRDefault="00720021">
            <w:pPr>
              <w:spacing w:after="0"/>
              <w:rPr>
                <w:rFonts w:hint="eastAsia"/>
              </w:rPr>
            </w:pPr>
            <w:sdt>
              <w:sdtPr>
                <w:id w:val="137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Catamaran   </w:t>
            </w:r>
            <w:sdt>
              <w:sdtPr>
                <w:id w:val="138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Sortie en bateau   </w:t>
            </w:r>
            <w:sdt>
              <w:sdtPr>
                <w:id w:val="139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Paddle</w:t>
            </w:r>
            <w:r>
              <w:rPr>
                <w:sz w:val="20"/>
              </w:rPr>
              <w:br/>
            </w:r>
            <w:sdt>
              <w:sdtPr>
                <w:id w:val="140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Snorkeling   </w:t>
            </w:r>
            <w:sdt>
              <w:sdtPr>
                <w:id w:val="141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Excursion à Porquerolles   </w:t>
            </w:r>
            <w:sdt>
              <w:sdtPr>
                <w:id w:val="142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Plage</w:t>
            </w:r>
          </w:p>
        </w:tc>
      </w:tr>
      <w:tr w:rsidR="00BA61DA" w14:paraId="2B27889F" w14:textId="77777777">
        <w:trPr>
          <w:cantSplit/>
          <w:jc w:val="center"/>
        </w:trPr>
        <w:tc>
          <w:tcPr>
            <w:tcW w:w="2324" w:type="dxa"/>
            <w:shd w:val="clear" w:color="auto" w:fill="EEF3F6"/>
            <w:tcMar>
              <w:top w:w="160" w:type="dxa"/>
              <w:left w:w="150" w:type="dxa"/>
              <w:bottom w:w="160" w:type="dxa"/>
              <w:right w:w="150" w:type="dxa"/>
            </w:tcMar>
            <w:vAlign w:val="center"/>
          </w:tcPr>
          <w:p w14:paraId="78960F07" w14:textId="77777777" w:rsidR="00BA61DA" w:rsidRDefault="00720021">
            <w:pPr>
              <w:spacing w:after="0"/>
              <w:rPr>
                <w:rFonts w:hint="eastAsia"/>
              </w:rPr>
            </w:pPr>
            <w:r>
              <w:rPr>
                <w:sz w:val="20"/>
              </w:rPr>
              <w:t>Vin et gastronomie</w:t>
            </w:r>
          </w:p>
        </w:tc>
        <w:tc>
          <w:tcPr>
            <w:tcW w:w="8164" w:type="dxa"/>
            <w:shd w:val="clear" w:color="auto" w:fill="EEF3F6"/>
            <w:tcMar>
              <w:top w:w="160" w:type="dxa"/>
              <w:left w:w="150" w:type="dxa"/>
              <w:bottom w:w="160" w:type="dxa"/>
              <w:right w:w="150" w:type="dxa"/>
            </w:tcMar>
            <w:vAlign w:val="center"/>
          </w:tcPr>
          <w:p w14:paraId="2FCB73D5" w14:textId="77777777" w:rsidR="00BA61DA" w:rsidRDefault="00720021">
            <w:pPr>
              <w:spacing w:after="0"/>
              <w:rPr>
                <w:rFonts w:hint="eastAsia"/>
              </w:rPr>
            </w:pPr>
            <w:sdt>
              <w:sdtPr>
                <w:id w:val="143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Visite de domaine   </w:t>
            </w:r>
            <w:sdt>
              <w:sdtPr>
                <w:id w:val="144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Dégustation de vin</w:t>
            </w:r>
            <w:r>
              <w:rPr>
                <w:sz w:val="20"/>
              </w:rPr>
              <w:br/>
            </w:r>
            <w:sdt>
              <w:sdtPr>
                <w:id w:val="145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Déjeuner au domaine   </w:t>
            </w:r>
            <w:sdt>
              <w:sdtPr>
                <w:id w:val="146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Bouillabaisse en bord de mer</w:t>
            </w:r>
            <w:r>
              <w:rPr>
                <w:sz w:val="20"/>
              </w:rPr>
              <w:br/>
            </w:r>
            <w:sdt>
              <w:sdtPr>
                <w:id w:val="147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Restaurant   </w:t>
            </w:r>
            <w:sdt>
              <w:sdtPr>
                <w:id w:val="148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Pique-nique   </w:t>
            </w:r>
            <w:sdt>
              <w:sdtPr>
                <w:id w:val="149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Cocktail / apéritif</w:t>
            </w:r>
          </w:p>
        </w:tc>
      </w:tr>
      <w:tr w:rsidR="00BA61DA" w14:paraId="2757AEF7" w14:textId="77777777">
        <w:trPr>
          <w:cantSplit/>
          <w:jc w:val="center"/>
        </w:trPr>
        <w:tc>
          <w:tcPr>
            <w:tcW w:w="2324" w:type="dxa"/>
            <w:shd w:val="clear" w:color="auto" w:fill="FFFFFF"/>
            <w:tcMar>
              <w:top w:w="160" w:type="dxa"/>
              <w:left w:w="150" w:type="dxa"/>
              <w:bottom w:w="160" w:type="dxa"/>
              <w:right w:w="150" w:type="dxa"/>
            </w:tcMar>
            <w:vAlign w:val="center"/>
          </w:tcPr>
          <w:p w14:paraId="26B1183A" w14:textId="77777777" w:rsidR="00BA61DA" w:rsidRDefault="00720021">
            <w:pPr>
              <w:spacing w:after="0"/>
              <w:rPr>
                <w:rFonts w:hint="eastAsia"/>
              </w:rPr>
            </w:pPr>
            <w:r>
              <w:rPr>
                <w:sz w:val="20"/>
              </w:rPr>
              <w:t>Soirées</w:t>
            </w:r>
          </w:p>
        </w:tc>
        <w:tc>
          <w:tcPr>
            <w:tcW w:w="8164" w:type="dxa"/>
            <w:shd w:val="clear" w:color="auto" w:fill="FFFFFF"/>
            <w:tcMar>
              <w:top w:w="160" w:type="dxa"/>
              <w:left w:w="150" w:type="dxa"/>
              <w:bottom w:w="160" w:type="dxa"/>
              <w:right w:w="150" w:type="dxa"/>
            </w:tcMar>
            <w:vAlign w:val="center"/>
          </w:tcPr>
          <w:p w14:paraId="72FB2217" w14:textId="77777777" w:rsidR="00BA61DA" w:rsidRDefault="00720021">
            <w:pPr>
              <w:spacing w:after="0"/>
              <w:rPr>
                <w:rFonts w:hint="eastAsia"/>
              </w:rPr>
            </w:pPr>
            <w:sdt>
              <w:sdtPr>
                <w:id w:val="150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Dîner festif   </w:t>
            </w:r>
            <w:sdt>
              <w:sdtPr>
                <w:id w:val="151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Soirée privée   </w:t>
            </w:r>
            <w:sdt>
              <w:sdtPr>
                <w:id w:val="152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Animation musicale</w:t>
            </w:r>
          </w:p>
        </w:tc>
      </w:tr>
      <w:tr w:rsidR="00BA61DA" w14:paraId="69D1324C" w14:textId="77777777">
        <w:trPr>
          <w:cantSplit/>
          <w:jc w:val="center"/>
        </w:trPr>
        <w:tc>
          <w:tcPr>
            <w:tcW w:w="2324" w:type="dxa"/>
            <w:shd w:val="clear" w:color="auto" w:fill="EEF3F6"/>
            <w:tcMar>
              <w:top w:w="160" w:type="dxa"/>
              <w:left w:w="150" w:type="dxa"/>
              <w:bottom w:w="160" w:type="dxa"/>
              <w:right w:w="150" w:type="dxa"/>
            </w:tcMar>
            <w:vAlign w:val="center"/>
          </w:tcPr>
          <w:p w14:paraId="69DFEEB4" w14:textId="77777777" w:rsidR="00BA61DA" w:rsidRDefault="00720021">
            <w:pPr>
              <w:spacing w:after="0"/>
              <w:rPr>
                <w:rFonts w:hint="eastAsia"/>
              </w:rPr>
            </w:pPr>
            <w:r>
              <w:rPr>
                <w:sz w:val="20"/>
              </w:rPr>
              <w:t>Souvenirs et cadeaux</w:t>
            </w:r>
          </w:p>
        </w:tc>
        <w:tc>
          <w:tcPr>
            <w:tcW w:w="8164" w:type="dxa"/>
            <w:shd w:val="clear" w:color="auto" w:fill="EEF3F6"/>
            <w:tcMar>
              <w:top w:w="160" w:type="dxa"/>
              <w:left w:w="150" w:type="dxa"/>
              <w:bottom w:w="160" w:type="dxa"/>
              <w:right w:w="150" w:type="dxa"/>
            </w:tcMar>
            <w:vAlign w:val="center"/>
          </w:tcPr>
          <w:p w14:paraId="4ED55957" w14:textId="77777777" w:rsidR="00BA61DA" w:rsidRDefault="00720021">
            <w:pPr>
              <w:spacing w:after="0"/>
              <w:rPr>
                <w:rFonts w:hint="eastAsia"/>
              </w:rPr>
            </w:pPr>
            <w:sdt>
              <w:sdtPr>
                <w:id w:val="153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Photos professionnelles   </w:t>
            </w:r>
            <w:sdt>
              <w:sdtPr>
                <w:id w:val="154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Vidéo souvenir</w:t>
            </w:r>
            <w:r>
              <w:rPr>
                <w:sz w:val="20"/>
              </w:rPr>
              <w:br/>
            </w:r>
            <w:sdt>
              <w:sdtPr>
                <w:id w:val="155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Trophées / récompenses   </w:t>
            </w:r>
            <w:sdt>
              <w:sdtPr>
                <w:id w:val="156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Polos   </w:t>
            </w:r>
            <w:sdt>
              <w:sdtPr>
                <w:id w:val="157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Casquettes</w:t>
            </w:r>
          </w:p>
        </w:tc>
      </w:tr>
    </w:tbl>
    <w:p w14:paraId="198389B1" w14:textId="77777777" w:rsidR="00BA61DA" w:rsidRDefault="00720021">
      <w:pPr>
        <w:spacing w:after="140"/>
        <w:rPr>
          <w:rFonts w:hint="eastAsia"/>
        </w:rPr>
      </w:pPr>
      <w:r>
        <w:t>Les activités déjà comprises dans la formule seront intégrées au programme. Les compléments seront étudiés selon les dates, la météo et les disponibilités. Vos choix ne valent pas réservation.</w:t>
      </w:r>
    </w:p>
    <w:p w14:paraId="66461D58" w14:textId="77777777" w:rsidR="00BA61DA" w:rsidRDefault="00720021">
      <w:pPr>
        <w:spacing w:before="100" w:after="80"/>
        <w:rPr>
          <w:rFonts w:hint="eastAsia"/>
        </w:rPr>
      </w:pPr>
      <w:r>
        <w:rPr>
          <w:b/>
          <w:color w:val="C59A4A"/>
          <w:sz w:val="22"/>
        </w:rPr>
        <w:t>VOS ACTIVITÉS SUPPLÉMENTAIRES</w:t>
      </w:r>
    </w:p>
    <w:tbl>
      <w:tblPr>
        <w:tblW w:w="104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7"/>
        <w:gridCol w:w="7087"/>
      </w:tblGrid>
      <w:tr w:rsidR="00BA61DA" w14:paraId="183B8038" w14:textId="77777777" w:rsidTr="00385EDE">
        <w:trPr>
          <w:cantSplit/>
          <w:jc w:val="center"/>
        </w:trPr>
        <w:tc>
          <w:tcPr>
            <w:tcW w:w="3407" w:type="dxa"/>
            <w:shd w:val="clear" w:color="auto" w:fill="0A19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AE0B534" w14:textId="77777777" w:rsidR="00BA61DA" w:rsidRDefault="00720021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</w:rPr>
              <w:t>ACTIVITÉ À AJOUTER</w:t>
            </w:r>
          </w:p>
        </w:tc>
        <w:tc>
          <w:tcPr>
            <w:tcW w:w="7087" w:type="dxa"/>
            <w:shd w:val="clear" w:color="auto" w:fill="0A19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9944584" w14:textId="77777777" w:rsidR="00BA61DA" w:rsidRDefault="00720021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</w:rPr>
              <w:t>VOS PRÉCISIONS</w:t>
            </w:r>
          </w:p>
        </w:tc>
      </w:tr>
      <w:tr w:rsidR="00BA61DA" w14:paraId="221FD8B3" w14:textId="77777777" w:rsidTr="00385EDE">
        <w:trPr>
          <w:cantSplit/>
          <w:jc w:val="center"/>
        </w:trPr>
        <w:tc>
          <w:tcPr>
            <w:tcW w:w="3407" w:type="dxa"/>
            <w:shd w:val="clear" w:color="auto" w:fill="EEF3F6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DB29EB7" w14:textId="77777777" w:rsidR="00BA61DA" w:rsidRDefault="00720021">
            <w:pPr>
              <w:spacing w:after="0"/>
              <w:rPr>
                <w:rFonts w:hint="eastAsia"/>
              </w:rPr>
            </w:pPr>
            <w:r>
              <w:rPr>
                <w:sz w:val="20"/>
              </w:rPr>
              <w:t>[ Votre idée ]</w:t>
            </w:r>
          </w:p>
        </w:tc>
        <w:tc>
          <w:tcPr>
            <w:tcW w:w="7087" w:type="dxa"/>
            <w:shd w:val="clear" w:color="auto" w:fill="EEF3F6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87F9911" w14:textId="77777777" w:rsidR="00BA61DA" w:rsidRDefault="00720021">
            <w:pPr>
              <w:spacing w:after="0"/>
              <w:rPr>
                <w:rFonts w:hint="eastAsia"/>
              </w:rPr>
            </w:pPr>
            <w:r>
              <w:rPr>
                <w:sz w:val="20"/>
              </w:rPr>
              <w:t>[ Contenu, durée, lieu, participants… ]</w:t>
            </w:r>
          </w:p>
        </w:tc>
      </w:tr>
      <w:tr w:rsidR="00BA61DA" w14:paraId="2AACC5D0" w14:textId="77777777" w:rsidTr="00385EDE">
        <w:trPr>
          <w:cantSplit/>
          <w:jc w:val="center"/>
        </w:trPr>
        <w:tc>
          <w:tcPr>
            <w:tcW w:w="340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AC9155B" w14:textId="77777777" w:rsidR="00BA61DA" w:rsidRDefault="00720021">
            <w:pPr>
              <w:spacing w:after="0"/>
              <w:rPr>
                <w:rFonts w:hint="eastAsia"/>
              </w:rPr>
            </w:pPr>
            <w:r>
              <w:rPr>
                <w:sz w:val="20"/>
              </w:rPr>
              <w:t>[ Votre idée ]</w:t>
            </w:r>
          </w:p>
        </w:tc>
        <w:tc>
          <w:tcPr>
            <w:tcW w:w="708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F452517" w14:textId="77777777" w:rsidR="00BA61DA" w:rsidRDefault="00720021">
            <w:pPr>
              <w:spacing w:after="0"/>
              <w:rPr>
                <w:rFonts w:hint="eastAsia"/>
              </w:rPr>
            </w:pPr>
            <w:r>
              <w:rPr>
                <w:sz w:val="20"/>
              </w:rPr>
              <w:t>[ À compléter ]</w:t>
            </w:r>
          </w:p>
        </w:tc>
      </w:tr>
      <w:tr w:rsidR="00BA61DA" w14:paraId="62DA04E5" w14:textId="77777777" w:rsidTr="00385EDE">
        <w:trPr>
          <w:cantSplit/>
          <w:jc w:val="center"/>
        </w:trPr>
        <w:tc>
          <w:tcPr>
            <w:tcW w:w="3407" w:type="dxa"/>
            <w:shd w:val="clear" w:color="auto" w:fill="EEF3F6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12D89F7" w14:textId="77777777" w:rsidR="00BA61DA" w:rsidRDefault="00720021">
            <w:pPr>
              <w:spacing w:after="0"/>
              <w:rPr>
                <w:rFonts w:hint="eastAsia"/>
              </w:rPr>
            </w:pPr>
            <w:r>
              <w:rPr>
                <w:sz w:val="20"/>
              </w:rPr>
              <w:t>[ Votre idée ]</w:t>
            </w:r>
          </w:p>
        </w:tc>
        <w:tc>
          <w:tcPr>
            <w:tcW w:w="7087" w:type="dxa"/>
            <w:shd w:val="clear" w:color="auto" w:fill="EEF3F6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B129490" w14:textId="77777777" w:rsidR="00BA61DA" w:rsidRDefault="00720021">
            <w:pPr>
              <w:spacing w:after="0"/>
              <w:rPr>
                <w:rFonts w:hint="eastAsia"/>
              </w:rPr>
            </w:pPr>
            <w:r>
              <w:rPr>
                <w:sz w:val="20"/>
              </w:rPr>
              <w:t>[ À compléter ]</w:t>
            </w:r>
          </w:p>
        </w:tc>
      </w:tr>
    </w:tbl>
    <w:p w14:paraId="60FAA1F3" w14:textId="77777777" w:rsidR="00BA61DA" w:rsidRDefault="00720021">
      <w:pPr>
        <w:spacing w:before="100" w:after="80"/>
        <w:rPr>
          <w:rFonts w:hint="eastAsia"/>
        </w:rPr>
      </w:pPr>
      <w:r>
        <w:rPr>
          <w:b/>
          <w:color w:val="C59A4A"/>
          <w:sz w:val="22"/>
        </w:rPr>
        <w:t>VOS PRÉFÉRENCES</w:t>
      </w:r>
    </w:p>
    <w:p w14:paraId="0A23E28A" w14:textId="77777777" w:rsidR="00BA61DA" w:rsidRDefault="00720021">
      <w:pPr>
        <w:spacing w:after="140"/>
        <w:rPr>
          <w:rFonts w:hint="eastAsia"/>
        </w:rPr>
      </w:pPr>
      <w:r>
        <w:rPr>
          <w:sz w:val="20"/>
        </w:rPr>
        <w:t>Activité prioritaire : [                                                                  ]</w:t>
      </w:r>
      <w:r>
        <w:rPr>
          <w:sz w:val="20"/>
        </w:rPr>
        <w:br/>
      </w:r>
      <w:r>
        <w:rPr>
          <w:sz w:val="20"/>
        </w:rPr>
        <w:t>Si vous souhaitez un match : adversaire / période [                              ]</w:t>
      </w:r>
      <w:r>
        <w:rPr>
          <w:sz w:val="20"/>
        </w:rPr>
        <w:br/>
      </w:r>
      <w:sdt>
        <w:sdtPr>
          <w:id w:val="113"/>
          <w14:checkbox>
            <w14:checked w14:val="0"/>
            <w14:checkedState w14:val="2612" w14:font="DejaVu Sans"/>
            <w14:uncheckedState w14:val="2610" w14:font="DejaVu Sans"/>
          </w14:checkbox>
        </w:sdtPr>
        <w:sdtEndPr/>
        <w:sdtContent>
          <w:r>
            <w:rPr>
              <w:sz w:val="20"/>
            </w:rPr>
            <w:t>☐</w:t>
          </w:r>
        </w:sdtContent>
      </w:sdt>
      <w:r>
        <w:rPr>
          <w:sz w:val="20"/>
        </w:rPr>
        <w:t xml:space="preserve"> Nous souhaitons être conseillés sur les activités</w:t>
      </w:r>
    </w:p>
    <w:p w14:paraId="1DB673E5" w14:textId="77777777" w:rsidR="00BA61DA" w:rsidRDefault="00720021">
      <w:pPr>
        <w:rPr>
          <w:rFonts w:hint="eastAsia"/>
        </w:rPr>
      </w:pPr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BA61DA" w14:paraId="592F40C3" w14:textId="77777777">
        <w:trPr>
          <w:jc w:val="center"/>
        </w:trPr>
        <w:tc>
          <w:tcPr>
            <w:tcW w:w="5244" w:type="dxa"/>
            <w:shd w:val="clear" w:color="auto" w:fill="C59A4A"/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7B88CEA9" w14:textId="77777777" w:rsidR="00BA61DA" w:rsidRDefault="00720021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30"/>
              </w:rPr>
              <w:lastRenderedPageBreak/>
              <w:t>03</w:t>
            </w:r>
          </w:p>
        </w:tc>
        <w:tc>
          <w:tcPr>
            <w:tcW w:w="5244" w:type="dxa"/>
            <w:shd w:val="clear" w:color="auto" w:fill="0A192C"/>
            <w:tcMar>
              <w:top w:w="90" w:type="dxa"/>
              <w:left w:w="210" w:type="dxa"/>
              <w:bottom w:w="90" w:type="dxa"/>
              <w:right w:w="120" w:type="dxa"/>
            </w:tcMar>
          </w:tcPr>
          <w:p w14:paraId="4A6D2B9F" w14:textId="77777777" w:rsidR="00BA61DA" w:rsidRDefault="00720021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32"/>
              </w:rPr>
              <w:t>PRÉCISEZ VOTRE ORGANISATION</w:t>
            </w:r>
          </w:p>
        </w:tc>
      </w:tr>
    </w:tbl>
    <w:p w14:paraId="04D4560E" w14:textId="77777777" w:rsidR="00BA61DA" w:rsidRDefault="00BA61DA">
      <w:pPr>
        <w:spacing w:after="20"/>
        <w:rPr>
          <w:rFonts w:hint="eastAsia"/>
        </w:rPr>
      </w:pPr>
    </w:p>
    <w:p w14:paraId="60F60910" w14:textId="77777777" w:rsidR="00BA61DA" w:rsidRDefault="00720021">
      <w:pPr>
        <w:spacing w:before="100" w:after="80"/>
        <w:rPr>
          <w:rFonts w:hint="eastAsia"/>
        </w:rPr>
      </w:pPr>
      <w:r>
        <w:rPr>
          <w:b/>
          <w:color w:val="C59A4A"/>
          <w:sz w:val="22"/>
        </w:rPr>
        <w:t>LIEU ET MOYENS NÉCESSAIRES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721"/>
        <w:gridCol w:w="7767"/>
      </w:tblGrid>
      <w:tr w:rsidR="00BA61DA" w14:paraId="25F5AC5C" w14:textId="77777777">
        <w:trPr>
          <w:cantSplit/>
          <w:jc w:val="center"/>
        </w:trPr>
        <w:tc>
          <w:tcPr>
            <w:tcW w:w="2721" w:type="dxa"/>
            <w:shd w:val="clear" w:color="auto" w:fill="0A192C"/>
            <w:tcMar>
              <w:top w:w="115" w:type="dxa"/>
              <w:left w:w="150" w:type="dxa"/>
              <w:bottom w:w="115" w:type="dxa"/>
              <w:right w:w="150" w:type="dxa"/>
            </w:tcMar>
            <w:vAlign w:val="center"/>
          </w:tcPr>
          <w:p w14:paraId="59C68A92" w14:textId="73C43140" w:rsidR="00BA61DA" w:rsidRDefault="00D91E65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</w:rPr>
              <w:t>VOS BESOINS</w:t>
            </w:r>
          </w:p>
        </w:tc>
        <w:tc>
          <w:tcPr>
            <w:tcW w:w="7767" w:type="dxa"/>
            <w:shd w:val="clear" w:color="auto" w:fill="0A192C"/>
            <w:tcMar>
              <w:top w:w="115" w:type="dxa"/>
              <w:left w:w="150" w:type="dxa"/>
              <w:bottom w:w="115" w:type="dxa"/>
              <w:right w:w="150" w:type="dxa"/>
            </w:tcMar>
            <w:vAlign w:val="center"/>
          </w:tcPr>
          <w:p w14:paraId="30BEE220" w14:textId="77777777" w:rsidR="00BA61DA" w:rsidRDefault="00720021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</w:rPr>
              <w:t>VOS SOUHAITS</w:t>
            </w:r>
          </w:p>
        </w:tc>
      </w:tr>
      <w:tr w:rsidR="00BA61DA" w14:paraId="2BA00D38" w14:textId="77777777">
        <w:trPr>
          <w:cantSplit/>
          <w:jc w:val="center"/>
        </w:trPr>
        <w:tc>
          <w:tcPr>
            <w:tcW w:w="2721" w:type="dxa"/>
            <w:shd w:val="clear" w:color="auto" w:fill="EEF3F6"/>
            <w:tcMar>
              <w:top w:w="115" w:type="dxa"/>
              <w:left w:w="150" w:type="dxa"/>
              <w:bottom w:w="115" w:type="dxa"/>
              <w:right w:w="150" w:type="dxa"/>
            </w:tcMar>
            <w:vAlign w:val="center"/>
          </w:tcPr>
          <w:p w14:paraId="5CE20AE1" w14:textId="77777777" w:rsidR="00BA61DA" w:rsidRDefault="00720021">
            <w:pPr>
              <w:spacing w:after="0"/>
              <w:rPr>
                <w:rFonts w:hint="eastAsia"/>
              </w:rPr>
            </w:pPr>
            <w:r>
              <w:rPr>
                <w:sz w:val="20"/>
              </w:rPr>
              <w:t>Lieu du séminaire</w:t>
            </w:r>
          </w:p>
        </w:tc>
        <w:tc>
          <w:tcPr>
            <w:tcW w:w="7767" w:type="dxa"/>
            <w:shd w:val="clear" w:color="auto" w:fill="EEF3F6"/>
            <w:tcMar>
              <w:top w:w="115" w:type="dxa"/>
              <w:left w:w="150" w:type="dxa"/>
              <w:bottom w:w="115" w:type="dxa"/>
              <w:right w:w="150" w:type="dxa"/>
            </w:tcMar>
            <w:vAlign w:val="center"/>
          </w:tcPr>
          <w:p w14:paraId="66C84230" w14:textId="77777777" w:rsidR="00BA61DA" w:rsidRDefault="00720021">
            <w:pPr>
              <w:spacing w:after="0"/>
              <w:rPr>
                <w:rFonts w:hint="eastAsia"/>
              </w:rPr>
            </w:pPr>
            <w:sdt>
              <w:sdtPr>
                <w:id w:val="158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Dans nos locaux   </w:t>
            </w:r>
            <w:sdt>
              <w:sdtPr>
                <w:id w:val="159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Hôtel   </w:t>
            </w:r>
            <w:sdt>
              <w:sdtPr>
                <w:id w:val="160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Domaine</w:t>
            </w:r>
            <w:r>
              <w:rPr>
                <w:sz w:val="20"/>
              </w:rPr>
              <w:br/>
            </w:r>
            <w:sdt>
              <w:sdtPr>
                <w:id w:val="161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Lieu proposé par Odyssea   </w:t>
            </w:r>
            <w:sdt>
              <w:sdtPr>
                <w:id w:val="162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Autre : [                  ]</w:t>
            </w:r>
          </w:p>
        </w:tc>
      </w:tr>
      <w:tr w:rsidR="00BA61DA" w14:paraId="3F8B037B" w14:textId="77777777">
        <w:trPr>
          <w:cantSplit/>
          <w:jc w:val="center"/>
        </w:trPr>
        <w:tc>
          <w:tcPr>
            <w:tcW w:w="2721" w:type="dxa"/>
            <w:shd w:val="clear" w:color="auto" w:fill="FFFFFF"/>
            <w:tcMar>
              <w:top w:w="115" w:type="dxa"/>
              <w:left w:w="150" w:type="dxa"/>
              <w:bottom w:w="115" w:type="dxa"/>
              <w:right w:w="150" w:type="dxa"/>
            </w:tcMar>
            <w:vAlign w:val="center"/>
          </w:tcPr>
          <w:p w14:paraId="3627F8C2" w14:textId="77777777" w:rsidR="00BA61DA" w:rsidRDefault="00720021">
            <w:pPr>
              <w:spacing w:after="0"/>
              <w:rPr>
                <w:rFonts w:hint="eastAsia"/>
              </w:rPr>
            </w:pPr>
            <w:r>
              <w:rPr>
                <w:sz w:val="20"/>
              </w:rPr>
              <w:t>Salle de réunion</w:t>
            </w:r>
          </w:p>
        </w:tc>
        <w:tc>
          <w:tcPr>
            <w:tcW w:w="7767" w:type="dxa"/>
            <w:shd w:val="clear" w:color="auto" w:fill="FFFFFF"/>
            <w:tcMar>
              <w:top w:w="115" w:type="dxa"/>
              <w:left w:w="150" w:type="dxa"/>
              <w:bottom w:w="115" w:type="dxa"/>
              <w:right w:w="150" w:type="dxa"/>
            </w:tcMar>
            <w:vAlign w:val="center"/>
          </w:tcPr>
          <w:p w14:paraId="367EF508" w14:textId="77777777" w:rsidR="00BA61DA" w:rsidRDefault="00720021">
            <w:pPr>
              <w:spacing w:after="0"/>
              <w:rPr>
                <w:rFonts w:hint="eastAsia"/>
              </w:rPr>
            </w:pPr>
            <w:sdt>
              <w:sdtPr>
                <w:id w:val="163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Oui   </w:t>
            </w:r>
            <w:sdt>
              <w:sdtPr>
                <w:id w:val="164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Non   Capacité : [          ]</w:t>
            </w:r>
            <w:r>
              <w:rPr>
                <w:sz w:val="20"/>
              </w:rPr>
              <w:br/>
            </w:r>
            <w:sdt>
              <w:sdtPr>
                <w:id w:val="165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Théâtre   </w:t>
            </w:r>
            <w:sdt>
              <w:sdtPr>
                <w:id w:val="166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En U   </w:t>
            </w:r>
            <w:sdt>
              <w:sdtPr>
                <w:id w:val="167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Tables de travail   </w:t>
            </w:r>
            <w:sdt>
              <w:sdtPr>
                <w:id w:val="168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À conseiller</w:t>
            </w:r>
          </w:p>
        </w:tc>
      </w:tr>
      <w:tr w:rsidR="00BA61DA" w14:paraId="3B37CC8D" w14:textId="77777777">
        <w:trPr>
          <w:cantSplit/>
          <w:jc w:val="center"/>
        </w:trPr>
        <w:tc>
          <w:tcPr>
            <w:tcW w:w="2721" w:type="dxa"/>
            <w:shd w:val="clear" w:color="auto" w:fill="EEF3F6"/>
            <w:tcMar>
              <w:top w:w="115" w:type="dxa"/>
              <w:left w:w="150" w:type="dxa"/>
              <w:bottom w:w="115" w:type="dxa"/>
              <w:right w:w="150" w:type="dxa"/>
            </w:tcMar>
            <w:vAlign w:val="center"/>
          </w:tcPr>
          <w:p w14:paraId="53115BC6" w14:textId="77777777" w:rsidR="00BA61DA" w:rsidRDefault="00720021">
            <w:pPr>
              <w:spacing w:after="0"/>
              <w:rPr>
                <w:rFonts w:hint="eastAsia"/>
              </w:rPr>
            </w:pPr>
            <w:r>
              <w:rPr>
                <w:sz w:val="20"/>
              </w:rPr>
              <w:t>Matériel</w:t>
            </w:r>
          </w:p>
        </w:tc>
        <w:tc>
          <w:tcPr>
            <w:tcW w:w="7767" w:type="dxa"/>
            <w:shd w:val="clear" w:color="auto" w:fill="EEF3F6"/>
            <w:tcMar>
              <w:top w:w="115" w:type="dxa"/>
              <w:left w:w="150" w:type="dxa"/>
              <w:bottom w:w="115" w:type="dxa"/>
              <w:right w:w="150" w:type="dxa"/>
            </w:tcMar>
            <w:vAlign w:val="center"/>
          </w:tcPr>
          <w:p w14:paraId="5BFAAFD1" w14:textId="77777777" w:rsidR="00BA61DA" w:rsidRDefault="00720021">
            <w:pPr>
              <w:spacing w:after="0"/>
              <w:rPr>
                <w:rFonts w:hint="eastAsia"/>
              </w:rPr>
            </w:pPr>
            <w:sdt>
              <w:sdtPr>
                <w:id w:val="169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Écran / vidéoprojecteur   </w:t>
            </w:r>
            <w:sdt>
              <w:sdtPr>
                <w:id w:val="170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Micro / sonorisation</w:t>
            </w:r>
            <w:r>
              <w:rPr>
                <w:sz w:val="20"/>
              </w:rPr>
              <w:br/>
            </w:r>
            <w:sdt>
              <w:sdtPr>
                <w:id w:val="171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Wi-Fi   </w:t>
            </w:r>
            <w:sdt>
              <w:sdtPr>
                <w:id w:val="172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Paperboard   </w:t>
            </w:r>
            <w:sdt>
              <w:sdtPr>
                <w:id w:val="173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Autre : [                       ]</w:t>
            </w:r>
          </w:p>
        </w:tc>
      </w:tr>
      <w:tr w:rsidR="00BA61DA" w14:paraId="55B2BABC" w14:textId="77777777">
        <w:trPr>
          <w:cantSplit/>
          <w:jc w:val="center"/>
        </w:trPr>
        <w:tc>
          <w:tcPr>
            <w:tcW w:w="2721" w:type="dxa"/>
            <w:shd w:val="clear" w:color="auto" w:fill="FFFFFF"/>
            <w:tcMar>
              <w:top w:w="115" w:type="dxa"/>
              <w:left w:w="150" w:type="dxa"/>
              <w:bottom w:w="115" w:type="dxa"/>
              <w:right w:w="150" w:type="dxa"/>
            </w:tcMar>
            <w:vAlign w:val="center"/>
          </w:tcPr>
          <w:p w14:paraId="66AF1F14" w14:textId="77777777" w:rsidR="00BA61DA" w:rsidRDefault="00720021">
            <w:pPr>
              <w:spacing w:after="0"/>
              <w:rPr>
                <w:rFonts w:hint="eastAsia"/>
              </w:rPr>
            </w:pPr>
            <w:r>
              <w:rPr>
                <w:sz w:val="20"/>
              </w:rPr>
              <w:t>Terrain / espace extérieur</w:t>
            </w:r>
          </w:p>
        </w:tc>
        <w:tc>
          <w:tcPr>
            <w:tcW w:w="7767" w:type="dxa"/>
            <w:shd w:val="clear" w:color="auto" w:fill="FFFFFF"/>
            <w:tcMar>
              <w:top w:w="115" w:type="dxa"/>
              <w:left w:w="150" w:type="dxa"/>
              <w:bottom w:w="115" w:type="dxa"/>
              <w:right w:w="150" w:type="dxa"/>
            </w:tcMar>
            <w:vAlign w:val="center"/>
          </w:tcPr>
          <w:p w14:paraId="674824A5" w14:textId="77777777" w:rsidR="00BA61DA" w:rsidRDefault="00720021">
            <w:pPr>
              <w:spacing w:after="0"/>
              <w:rPr>
                <w:rFonts w:hint="eastAsia"/>
              </w:rPr>
            </w:pPr>
            <w:sdt>
              <w:sdtPr>
                <w:id w:val="174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Disponible sur place   </w:t>
            </w:r>
            <w:sdt>
              <w:sdtPr>
                <w:id w:val="175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À prévoir</w:t>
            </w:r>
            <w:r>
              <w:rPr>
                <w:sz w:val="20"/>
              </w:rPr>
              <w:br/>
              <w:t>Adresse / précisions : [                                              ]</w:t>
            </w:r>
          </w:p>
        </w:tc>
      </w:tr>
      <w:tr w:rsidR="00BA61DA" w14:paraId="020205CF" w14:textId="77777777">
        <w:trPr>
          <w:cantSplit/>
          <w:jc w:val="center"/>
        </w:trPr>
        <w:tc>
          <w:tcPr>
            <w:tcW w:w="2721" w:type="dxa"/>
            <w:shd w:val="clear" w:color="auto" w:fill="EEF3F6"/>
            <w:tcMar>
              <w:top w:w="115" w:type="dxa"/>
              <w:left w:w="150" w:type="dxa"/>
              <w:bottom w:w="115" w:type="dxa"/>
              <w:right w:w="150" w:type="dxa"/>
            </w:tcMar>
            <w:vAlign w:val="center"/>
          </w:tcPr>
          <w:p w14:paraId="44B2B49C" w14:textId="77777777" w:rsidR="00BA61DA" w:rsidRDefault="00720021">
            <w:pPr>
              <w:spacing w:after="0"/>
              <w:rPr>
                <w:rFonts w:hint="eastAsia"/>
              </w:rPr>
            </w:pPr>
            <w:r>
              <w:rPr>
                <w:sz w:val="20"/>
              </w:rPr>
              <w:t>Restauration</w:t>
            </w:r>
          </w:p>
        </w:tc>
        <w:tc>
          <w:tcPr>
            <w:tcW w:w="7767" w:type="dxa"/>
            <w:shd w:val="clear" w:color="auto" w:fill="EEF3F6"/>
            <w:tcMar>
              <w:top w:w="115" w:type="dxa"/>
              <w:left w:w="150" w:type="dxa"/>
              <w:bottom w:w="115" w:type="dxa"/>
              <w:right w:w="150" w:type="dxa"/>
            </w:tcMar>
            <w:vAlign w:val="center"/>
          </w:tcPr>
          <w:p w14:paraId="16C7973F" w14:textId="77777777" w:rsidR="00BA61DA" w:rsidRDefault="00720021">
            <w:pPr>
              <w:spacing w:after="0"/>
              <w:rPr>
                <w:rFonts w:hint="eastAsia"/>
              </w:rPr>
            </w:pPr>
            <w:sdt>
              <w:sdtPr>
                <w:id w:val="176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Accueil café   </w:t>
            </w:r>
            <w:sdt>
              <w:sdtPr>
                <w:id w:val="177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Pauses   </w:t>
            </w:r>
            <w:sdt>
              <w:sdtPr>
                <w:id w:val="178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Déjeuner   </w:t>
            </w:r>
            <w:sdt>
              <w:sdtPr>
                <w:id w:val="179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Dîner</w:t>
            </w:r>
            <w:r>
              <w:rPr>
                <w:sz w:val="20"/>
              </w:rPr>
              <w:br/>
            </w:r>
            <w:sdt>
              <w:sdtPr>
                <w:id w:val="180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Cocktail   </w:t>
            </w:r>
            <w:sdt>
              <w:sdtPr>
                <w:id w:val="181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Boissons   Nombre de repas : [           ]</w:t>
            </w:r>
          </w:p>
        </w:tc>
      </w:tr>
      <w:tr w:rsidR="00BA61DA" w14:paraId="6101E8DB" w14:textId="77777777">
        <w:trPr>
          <w:cantSplit/>
          <w:jc w:val="center"/>
        </w:trPr>
        <w:tc>
          <w:tcPr>
            <w:tcW w:w="2721" w:type="dxa"/>
            <w:shd w:val="clear" w:color="auto" w:fill="FFFFFF"/>
            <w:tcMar>
              <w:top w:w="115" w:type="dxa"/>
              <w:left w:w="150" w:type="dxa"/>
              <w:bottom w:w="115" w:type="dxa"/>
              <w:right w:w="150" w:type="dxa"/>
            </w:tcMar>
            <w:vAlign w:val="center"/>
          </w:tcPr>
          <w:p w14:paraId="22A59956" w14:textId="77777777" w:rsidR="00BA61DA" w:rsidRDefault="00720021">
            <w:pPr>
              <w:spacing w:after="0"/>
              <w:rPr>
                <w:rFonts w:hint="eastAsia"/>
              </w:rPr>
            </w:pPr>
            <w:r>
              <w:rPr>
                <w:sz w:val="20"/>
              </w:rPr>
              <w:t>Hébergement</w:t>
            </w:r>
          </w:p>
        </w:tc>
        <w:tc>
          <w:tcPr>
            <w:tcW w:w="7767" w:type="dxa"/>
            <w:shd w:val="clear" w:color="auto" w:fill="FFFFFF"/>
            <w:tcMar>
              <w:top w:w="115" w:type="dxa"/>
              <w:left w:w="150" w:type="dxa"/>
              <w:bottom w:w="115" w:type="dxa"/>
              <w:right w:w="150" w:type="dxa"/>
            </w:tcMar>
            <w:vAlign w:val="center"/>
          </w:tcPr>
          <w:p w14:paraId="45F8487E" w14:textId="77777777" w:rsidR="00BA61DA" w:rsidRDefault="00720021">
            <w:pPr>
              <w:spacing w:after="0"/>
              <w:rPr>
                <w:rFonts w:hint="eastAsia"/>
              </w:rPr>
            </w:pPr>
            <w:sdt>
              <w:sdtPr>
                <w:id w:val="182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Oui   </w:t>
            </w:r>
            <w:sdt>
              <w:sdtPr>
                <w:id w:val="183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Non   Nuits : [       ]   Chambres : [       ]</w:t>
            </w:r>
            <w:r>
              <w:rPr>
                <w:sz w:val="20"/>
              </w:rPr>
              <w:br/>
            </w:r>
            <w:sdt>
              <w:sdtPr>
                <w:id w:val="184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Individuelles   </w:t>
            </w:r>
            <w:sdt>
              <w:sdtPr>
                <w:id w:val="185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Partagées   Catégorie : [             ]</w:t>
            </w:r>
          </w:p>
        </w:tc>
      </w:tr>
      <w:tr w:rsidR="00BA61DA" w14:paraId="124E43DD" w14:textId="77777777">
        <w:trPr>
          <w:cantSplit/>
          <w:jc w:val="center"/>
        </w:trPr>
        <w:tc>
          <w:tcPr>
            <w:tcW w:w="2721" w:type="dxa"/>
            <w:shd w:val="clear" w:color="auto" w:fill="EEF3F6"/>
            <w:tcMar>
              <w:top w:w="115" w:type="dxa"/>
              <w:left w:w="150" w:type="dxa"/>
              <w:bottom w:w="115" w:type="dxa"/>
              <w:right w:w="150" w:type="dxa"/>
            </w:tcMar>
            <w:vAlign w:val="center"/>
          </w:tcPr>
          <w:p w14:paraId="214F06A8" w14:textId="77777777" w:rsidR="00BA61DA" w:rsidRDefault="00720021">
            <w:pPr>
              <w:spacing w:after="0"/>
              <w:rPr>
                <w:rFonts w:hint="eastAsia"/>
              </w:rPr>
            </w:pPr>
            <w:r>
              <w:rPr>
                <w:sz w:val="20"/>
              </w:rPr>
              <w:t>Transport</w:t>
            </w:r>
          </w:p>
        </w:tc>
        <w:tc>
          <w:tcPr>
            <w:tcW w:w="7767" w:type="dxa"/>
            <w:shd w:val="clear" w:color="auto" w:fill="EEF3F6"/>
            <w:tcMar>
              <w:top w:w="115" w:type="dxa"/>
              <w:left w:w="150" w:type="dxa"/>
              <w:bottom w:w="115" w:type="dxa"/>
              <w:right w:w="150" w:type="dxa"/>
            </w:tcMar>
            <w:vAlign w:val="center"/>
          </w:tcPr>
          <w:p w14:paraId="6FBF207D" w14:textId="77777777" w:rsidR="00BA61DA" w:rsidRDefault="00720021">
            <w:pPr>
              <w:spacing w:after="0"/>
              <w:rPr>
                <w:rFonts w:hint="eastAsia"/>
              </w:rPr>
            </w:pPr>
            <w:sdt>
              <w:sdtPr>
                <w:id w:val="186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Aucun   </w:t>
            </w:r>
            <w:sdt>
              <w:sdtPr>
                <w:id w:val="187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Transferts gare / aéroport   </w:t>
            </w:r>
            <w:sdt>
              <w:sdtPr>
                <w:id w:val="188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Autocar</w:t>
            </w:r>
            <w:r>
              <w:rPr>
                <w:sz w:val="20"/>
              </w:rPr>
              <w:br/>
              <w:t>Départ / trajets / horaires : [                                     ]</w:t>
            </w:r>
          </w:p>
        </w:tc>
      </w:tr>
      <w:tr w:rsidR="00BA61DA" w14:paraId="322F5D64" w14:textId="77777777">
        <w:trPr>
          <w:cantSplit/>
          <w:jc w:val="center"/>
        </w:trPr>
        <w:tc>
          <w:tcPr>
            <w:tcW w:w="2721" w:type="dxa"/>
            <w:shd w:val="clear" w:color="auto" w:fill="FFFFFF"/>
            <w:tcMar>
              <w:top w:w="115" w:type="dxa"/>
              <w:left w:w="150" w:type="dxa"/>
              <w:bottom w:w="115" w:type="dxa"/>
              <w:right w:w="150" w:type="dxa"/>
            </w:tcMar>
            <w:vAlign w:val="center"/>
          </w:tcPr>
          <w:p w14:paraId="5F8E30B4" w14:textId="77777777" w:rsidR="00BA61DA" w:rsidRDefault="00720021">
            <w:pPr>
              <w:spacing w:after="0"/>
              <w:rPr>
                <w:rFonts w:hint="eastAsia"/>
              </w:rPr>
            </w:pPr>
            <w:r>
              <w:rPr>
                <w:sz w:val="20"/>
              </w:rPr>
              <w:t>Besoins spécifiques</w:t>
            </w:r>
          </w:p>
        </w:tc>
        <w:tc>
          <w:tcPr>
            <w:tcW w:w="7767" w:type="dxa"/>
            <w:shd w:val="clear" w:color="auto" w:fill="FFFFFF"/>
            <w:tcMar>
              <w:top w:w="115" w:type="dxa"/>
              <w:left w:w="150" w:type="dxa"/>
              <w:bottom w:w="115" w:type="dxa"/>
              <w:right w:w="150" w:type="dxa"/>
            </w:tcMar>
            <w:vAlign w:val="center"/>
          </w:tcPr>
          <w:p w14:paraId="6CEF44CD" w14:textId="77777777" w:rsidR="00BA61DA" w:rsidRDefault="00720021">
            <w:pPr>
              <w:spacing w:after="0"/>
              <w:rPr>
                <w:rFonts w:hint="eastAsia"/>
              </w:rPr>
            </w:pPr>
            <w:r>
              <w:rPr>
                <w:sz w:val="20"/>
              </w:rPr>
              <w:t>Accessibilité / adaptation des activités : [                 ]</w:t>
            </w:r>
            <w:r>
              <w:rPr>
                <w:sz w:val="20"/>
              </w:rPr>
              <w:br/>
              <w:t>Allergies / régimes alimentaires : [                             ]</w:t>
            </w:r>
          </w:p>
        </w:tc>
      </w:tr>
    </w:tbl>
    <w:p w14:paraId="5E1E94FA" w14:textId="77777777" w:rsidR="00BA61DA" w:rsidRDefault="00720021">
      <w:pPr>
        <w:spacing w:before="100" w:after="80"/>
        <w:rPr>
          <w:rFonts w:hint="eastAsia"/>
        </w:rPr>
      </w:pPr>
      <w:r>
        <w:rPr>
          <w:b/>
          <w:color w:val="C59A4A"/>
          <w:sz w:val="22"/>
        </w:rPr>
        <w:t>VOS CONTRAINTES DE PROGRAMME</w:t>
      </w:r>
    </w:p>
    <w:p w14:paraId="564617E1" w14:textId="77777777" w:rsidR="00BA61DA" w:rsidRDefault="00720021">
      <w:pPr>
        <w:spacing w:after="140"/>
        <w:rPr>
          <w:rFonts w:hint="eastAsia"/>
        </w:rPr>
      </w:pPr>
      <w:r>
        <w:rPr>
          <w:sz w:val="20"/>
        </w:rPr>
        <w:t>Arrivée prévue : [ jour / heure ]   Départ prévu : [ jour / heure ]</w:t>
      </w:r>
      <w:r>
        <w:rPr>
          <w:sz w:val="20"/>
        </w:rPr>
        <w:br/>
        <w:t>Temps de réunion interne à prévoir : [ durée / horaires ]</w:t>
      </w:r>
      <w:r>
        <w:rPr>
          <w:sz w:val="20"/>
        </w:rPr>
        <w:br/>
      </w:r>
      <w:r>
        <w:rPr>
          <w:sz w:val="20"/>
        </w:rPr>
        <w:t>Intervention ou activité prioritaire : [                                                  ]</w:t>
      </w:r>
      <w:r>
        <w:rPr>
          <w:sz w:val="20"/>
        </w:rPr>
        <w:br/>
        <w:t>Autres précisions : [                                                                            ]</w:t>
      </w:r>
    </w:p>
    <w:p w14:paraId="5A0F0381" w14:textId="77777777" w:rsidR="00BA61DA" w:rsidRDefault="00720021">
      <w:pPr>
        <w:spacing w:before="100" w:after="80"/>
        <w:rPr>
          <w:rFonts w:hint="eastAsia"/>
        </w:rPr>
      </w:pPr>
      <w:r>
        <w:rPr>
          <w:b/>
          <w:color w:val="C59A4A"/>
          <w:sz w:val="22"/>
        </w:rPr>
        <w:t>RECEVEZ VOTRE PROPOSITION PERSONNALISÉE</w:t>
      </w:r>
    </w:p>
    <w:p w14:paraId="0D0653DE" w14:textId="77777777" w:rsidR="00BA61DA" w:rsidRDefault="00720021">
      <w:pPr>
        <w:spacing w:after="140"/>
        <w:rPr>
          <w:rFonts w:hint="eastAsia"/>
        </w:rPr>
      </w:pPr>
      <w:r>
        <w:rPr>
          <w:sz w:val="20"/>
        </w:rPr>
        <w:t>Complétez les pages 2 à 4 et retournez cette plaquette à votre interlocuteur Odyssea, en réponse à son e-mail. Les cases peuvent être cochées dans Word ; les zones entre crochets sont à remplacer par vos réponses.</w:t>
      </w:r>
    </w:p>
    <w:p w14:paraId="46CC239F" w14:textId="77777777" w:rsidR="00BA61DA" w:rsidRDefault="00720021">
      <w:pPr>
        <w:spacing w:after="140"/>
        <w:rPr>
          <w:rFonts w:hint="eastAsia"/>
        </w:rPr>
      </w:pPr>
      <w:r>
        <w:rPr>
          <w:sz w:val="20"/>
        </w:rPr>
        <w:t>À réception, nous étudierons votre formule, vos activités et vos besoins, puis nous vous adresserons un programme et une proposition de prix globale. Le contenu définitif sera précisé dans cette proposition.</w:t>
      </w:r>
    </w:p>
    <w:p w14:paraId="207F588A" w14:textId="77777777" w:rsidR="00BA61DA" w:rsidRDefault="00720021">
      <w:pPr>
        <w:spacing w:after="140"/>
        <w:rPr>
          <w:rFonts w:hint="eastAsia"/>
        </w:rPr>
      </w:pPr>
      <w:r>
        <w:t>Cette fiche recueille vos souhaits, sans réservation ni engagement de votre part.</w:t>
      </w:r>
    </w:p>
    <w:p w14:paraId="50746E70" w14:textId="77777777" w:rsidR="00BA61DA" w:rsidRDefault="00720021">
      <w:pPr>
        <w:rPr>
          <w:rFonts w:hint="eastAsia"/>
        </w:rPr>
      </w:pPr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BA61DA" w14:paraId="0EE7F405" w14:textId="77777777">
        <w:trPr>
          <w:jc w:val="center"/>
        </w:trPr>
        <w:tc>
          <w:tcPr>
            <w:tcW w:w="10488" w:type="dxa"/>
            <w:shd w:val="clear" w:color="auto" w:fill="0A192C"/>
            <w:tcMar>
              <w:top w:w="3000" w:type="dxa"/>
              <w:left w:w="300" w:type="dxa"/>
              <w:bottom w:w="3000" w:type="dxa"/>
              <w:right w:w="300" w:type="dxa"/>
            </w:tcMar>
            <w:vAlign w:val="center"/>
          </w:tcPr>
          <w:p w14:paraId="1DBDA365" w14:textId="77777777" w:rsidR="00BA61DA" w:rsidRDefault="00720021">
            <w:pPr>
              <w:spacing w:after="400"/>
              <w:jc w:val="center"/>
              <w:rPr>
                <w:rFonts w:hint="eastAsia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F33E0E0" wp14:editId="0446E465">
                  <wp:extent cx="2880000" cy="1787586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dyssea_logo_centre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787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F3211F7" w14:textId="77777777" w:rsidR="00BA61DA" w:rsidRDefault="00720021">
            <w:pPr>
              <w:spacing w:before="160"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40"/>
              </w:rPr>
              <w:t>Le rugby au service de l’entreprise</w:t>
            </w:r>
          </w:p>
        </w:tc>
      </w:tr>
    </w:tbl>
    <w:p w14:paraId="73891BA3" w14:textId="77777777" w:rsidR="00BA61DA" w:rsidRDefault="00720021">
      <w:pPr>
        <w:keepNext/>
        <w:spacing w:before="600" w:after="280"/>
        <w:jc w:val="center"/>
        <w:rPr>
          <w:rFonts w:hint="eastAsia"/>
        </w:rPr>
      </w:pPr>
      <w:r>
        <w:rPr>
          <w:b/>
          <w:color w:val="0A192C"/>
          <w:sz w:val="38"/>
        </w:rPr>
        <w:t>Construisons ensemble</w:t>
      </w:r>
      <w:r>
        <w:rPr>
          <w:b/>
          <w:color w:val="0A192C"/>
          <w:sz w:val="38"/>
        </w:rPr>
        <w:br/>
        <w:t>votre prochain séminaire</w:t>
      </w:r>
    </w:p>
    <w:p w14:paraId="6DF6226A" w14:textId="77777777" w:rsidR="00BA61DA" w:rsidRDefault="00720021">
      <w:pPr>
        <w:keepNext/>
        <w:spacing w:after="440"/>
        <w:jc w:val="center"/>
        <w:rPr>
          <w:rFonts w:hint="eastAsia"/>
        </w:rPr>
      </w:pPr>
      <w:r>
        <w:rPr>
          <w:color w:val="0A192C"/>
          <w:sz w:val="26"/>
        </w:rPr>
        <w:t>Vos besoins, vos équipes, votre budget :</w:t>
      </w:r>
      <w:r>
        <w:rPr>
          <w:color w:val="0A192C"/>
          <w:sz w:val="26"/>
        </w:rPr>
        <w:br/>
        <w:t>une solution sur mesure.</w:t>
      </w:r>
    </w:p>
    <w:p w14:paraId="1693336C" w14:textId="77777777" w:rsidR="00BA61DA" w:rsidRDefault="00720021">
      <w:pPr>
        <w:keepNext/>
        <w:spacing w:after="140"/>
        <w:jc w:val="center"/>
        <w:rPr>
          <w:rFonts w:hint="eastAsia"/>
        </w:rPr>
      </w:pPr>
      <w:r>
        <w:rPr>
          <w:b/>
          <w:color w:val="0A192C"/>
          <w:sz w:val="26"/>
        </w:rPr>
        <w:t>odysseaevent@gmail.fr</w:t>
      </w:r>
    </w:p>
    <w:p w14:paraId="282873E7" w14:textId="77777777" w:rsidR="00BA61DA" w:rsidRDefault="00720021">
      <w:pPr>
        <w:spacing w:after="0"/>
        <w:jc w:val="center"/>
        <w:rPr>
          <w:rFonts w:hint="eastAsia"/>
        </w:rPr>
      </w:pPr>
      <w:r>
        <w:rPr>
          <w:color w:val="0A192C"/>
          <w:sz w:val="26"/>
        </w:rPr>
        <w:t>06 07 98 28 96</w:t>
      </w:r>
    </w:p>
    <w:sectPr w:rsidR="00BA61DA" w:rsidSect="00034616">
      <w:pgSz w:w="11906" w:h="16838"/>
      <w:pgMar w:top="652" w:right="709" w:bottom="595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jaVu Sans">
    <w:altName w:val="Verdana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B0604020202020204"/>
    <w:charset w:val="00"/>
    <w:family w:val="modern"/>
    <w:pitch w:val="fixed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48033800">
    <w:abstractNumId w:val="8"/>
  </w:num>
  <w:num w:numId="2" w16cid:durableId="145900665">
    <w:abstractNumId w:val="6"/>
  </w:num>
  <w:num w:numId="3" w16cid:durableId="321935359">
    <w:abstractNumId w:val="5"/>
  </w:num>
  <w:num w:numId="4" w16cid:durableId="1749887211">
    <w:abstractNumId w:val="4"/>
  </w:num>
  <w:num w:numId="5" w16cid:durableId="2063945075">
    <w:abstractNumId w:val="7"/>
  </w:num>
  <w:num w:numId="6" w16cid:durableId="559943452">
    <w:abstractNumId w:val="3"/>
  </w:num>
  <w:num w:numId="7" w16cid:durableId="384178392">
    <w:abstractNumId w:val="2"/>
  </w:num>
  <w:num w:numId="8" w16cid:durableId="759715686">
    <w:abstractNumId w:val="1"/>
  </w:num>
  <w:num w:numId="9" w16cid:durableId="164334340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54C71"/>
    <w:rsid w:val="0029639D"/>
    <w:rsid w:val="002E107B"/>
    <w:rsid w:val="00326F90"/>
    <w:rsid w:val="00385EDE"/>
    <w:rsid w:val="004220A4"/>
    <w:rsid w:val="004F6F33"/>
    <w:rsid w:val="00520BF8"/>
    <w:rsid w:val="00720021"/>
    <w:rsid w:val="009D21E6"/>
    <w:rsid w:val="00A55E8A"/>
    <w:rsid w:val="00A92B22"/>
    <w:rsid w:val="00AA1D8D"/>
    <w:rsid w:val="00B47730"/>
    <w:rsid w:val="00BA61DA"/>
    <w:rsid w:val="00CB0664"/>
    <w:rsid w:val="00D849D1"/>
    <w:rsid w:val="00D91E65"/>
    <w:rsid w:val="00DD4B32"/>
    <w:rsid w:val="00E740F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0F077F"/>
  <w14:defaultImageDpi w14:val="300"/>
  <w15:docId w15:val="{8B1E673C-BDD8-6E4D-8209-FAE4D8619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DejaVu Sans" w:hAnsi="DejaVu Sans"/>
      <w:color w:val="263746"/>
      <w:sz w:val="18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eld">
    <w:name w:val="Field"/>
    <w:pPr>
      <w:spacing w:after="40"/>
    </w:pPr>
    <w:rPr>
      <w:rFonts w:ascii="Aptos" w:hAnsi="Aptos"/>
      <w:color w:val="263746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985</Words>
  <Characters>5418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6391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Odyssea Séminaires Formules et activités au choix</dc:title>
  <dc:subject>Fiche de choix client pour proposition de prix personnalisée</dc:subject>
  <dc:creator>python-docx</dc:creator>
  <cp:keywords/>
  <dc:description>generated by python-docx</dc:description>
  <cp:lastModifiedBy>philippe sauton</cp:lastModifiedBy>
  <cp:revision>2</cp:revision>
  <dcterms:created xsi:type="dcterms:W3CDTF">2026-09-30T08:36:00Z</dcterms:created>
  <dcterms:modified xsi:type="dcterms:W3CDTF">2026-09-30T08:36:00Z</dcterms:modified>
  <cp:category/>
</cp:coreProperties>
</file>