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8"/>
        <w:gridCol w:w="5298"/>
      </w:tblGrid>
      <w:tr w:rsidR="00F54443" w14:paraId="37072F36" w14:textId="77777777">
        <w:trPr>
          <w:jc w:val="center"/>
        </w:trPr>
        <w:tc>
          <w:tcPr>
            <w:tcW w:w="5298" w:type="dxa"/>
            <w:shd w:val="clear" w:color="auto" w:fill="0A192C"/>
            <w:tcMar>
              <w:top w:w="65" w:type="dxa"/>
              <w:left w:w="240" w:type="dxa"/>
              <w:bottom w:w="65" w:type="dxa"/>
              <w:right w:w="240" w:type="dxa"/>
            </w:tcMar>
            <w:vAlign w:val="center"/>
          </w:tcPr>
          <w:p w14:paraId="5DC37AAE" w14:textId="77777777" w:rsidR="00F54443" w:rsidRDefault="00DE4A34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36C4DEA" wp14:editId="3CF5D277">
                  <wp:extent cx="1584000" cy="98317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dyssea_logo_centr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0" cy="983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8" w:type="dxa"/>
            <w:shd w:val="clear" w:color="auto" w:fill="0A192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464D10" w14:textId="77777777" w:rsidR="00F54443" w:rsidRDefault="00DE4A34">
            <w:pPr>
              <w:jc w:val="center"/>
            </w:pPr>
            <w:r>
              <w:rPr>
                <w:b/>
                <w:color w:val="C59A4A"/>
                <w:sz w:val="28"/>
              </w:rPr>
              <w:t>DEVIS  •  WEEK-END RUGBY</w:t>
            </w:r>
          </w:p>
        </w:tc>
      </w:tr>
    </w:tbl>
    <w:p w14:paraId="29AB00A3" w14:textId="77777777" w:rsidR="00F54443" w:rsidRDefault="00F54443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96"/>
      </w:tblGrid>
      <w:tr w:rsidR="00F54443" w14:paraId="73A9554F" w14:textId="77777777">
        <w:trPr>
          <w:jc w:val="center"/>
        </w:trPr>
        <w:tc>
          <w:tcPr>
            <w:tcW w:w="105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434C6" w14:textId="77777777" w:rsidR="00F54443" w:rsidRDefault="00DE4A34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D97EB82" wp14:editId="0832B09F">
                  <wp:extent cx="6480000" cy="219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Événement rugby au coucher du soleil.png"/>
                          <pic:cNvPicPr/>
                        </pic:nvPicPr>
                        <pic:blipFill>
                          <a:blip r:embed="rId9"/>
                          <a:srcRect t="18000" b="180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21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3ABF8B" w14:textId="77777777" w:rsidR="00F54443" w:rsidRDefault="00F54443">
      <w:pPr>
        <w:spacing w:after="0"/>
      </w:pPr>
    </w:p>
    <w:tbl>
      <w:tblPr>
        <w:tblW w:w="0" w:type="auto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649"/>
        <w:gridCol w:w="2649"/>
        <w:gridCol w:w="2649"/>
      </w:tblGrid>
      <w:tr w:rsidR="00F54443" w14:paraId="522759AF" w14:textId="77777777">
        <w:trPr>
          <w:jc w:val="center"/>
        </w:trPr>
        <w:tc>
          <w:tcPr>
            <w:tcW w:w="2649" w:type="dxa"/>
            <w:shd w:val="clear" w:color="auto" w:fill="0A192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D31D79" w14:textId="77777777" w:rsidR="00F54443" w:rsidRDefault="00DE4A34">
            <w:r>
              <w:rPr>
                <w:b/>
                <w:color w:val="FFFFFF"/>
                <w:sz w:val="17"/>
              </w:rPr>
              <w:t>N° DE DEVIS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1E8CF6" w14:textId="77777777" w:rsidR="00F54443" w:rsidRDefault="00DE4A34">
            <w:r>
              <w:rPr>
                <w:sz w:val="17"/>
              </w:rPr>
              <w:t>[À compléter]</w:t>
            </w:r>
          </w:p>
        </w:tc>
        <w:tc>
          <w:tcPr>
            <w:tcW w:w="2649" w:type="dxa"/>
            <w:shd w:val="clear" w:color="auto" w:fill="0A192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12A9B0" w14:textId="77777777" w:rsidR="00F54443" w:rsidRDefault="00DE4A34"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048322" w14:textId="77777777" w:rsidR="00F54443" w:rsidRDefault="00DE4A34">
            <w:r>
              <w:rPr>
                <w:sz w:val="17"/>
              </w:rPr>
              <w:t>[JJ/MM/AAAA]</w:t>
            </w:r>
          </w:p>
        </w:tc>
      </w:tr>
      <w:tr w:rsidR="00F54443" w14:paraId="57C240AF" w14:textId="77777777">
        <w:trPr>
          <w:jc w:val="center"/>
        </w:trPr>
        <w:tc>
          <w:tcPr>
            <w:tcW w:w="2649" w:type="dxa"/>
            <w:shd w:val="clear" w:color="auto" w:fill="0A192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A88077" w14:textId="77777777" w:rsidR="00F54443" w:rsidRDefault="00DE4A34">
            <w:r>
              <w:rPr>
                <w:b/>
                <w:color w:val="FFFFFF"/>
                <w:sz w:val="17"/>
              </w:rPr>
              <w:t>VALIDITÉ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5532AB" w14:textId="77777777" w:rsidR="00F54443" w:rsidRDefault="00DE4A34">
            <w:r>
              <w:rPr>
                <w:sz w:val="17"/>
              </w:rPr>
              <w:t>30 jours</w:t>
            </w:r>
          </w:p>
        </w:tc>
        <w:tc>
          <w:tcPr>
            <w:tcW w:w="2649" w:type="dxa"/>
            <w:shd w:val="clear" w:color="auto" w:fill="0A192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859102" w14:textId="77777777" w:rsidR="00F54443" w:rsidRDefault="00DE4A34">
            <w:r>
              <w:rPr>
                <w:b/>
                <w:color w:val="FFFFFF"/>
                <w:sz w:val="17"/>
              </w:rPr>
              <w:t>DATES DU SÉJOUR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18A6C3" w14:textId="77777777" w:rsidR="00F54443" w:rsidRDefault="00DE4A34">
            <w:r>
              <w:rPr>
                <w:sz w:val="17"/>
              </w:rPr>
              <w:t>[Du … au …]</w:t>
            </w:r>
          </w:p>
        </w:tc>
      </w:tr>
      <w:tr w:rsidR="00F54443" w14:paraId="7D01A509" w14:textId="77777777">
        <w:trPr>
          <w:jc w:val="center"/>
        </w:trPr>
        <w:tc>
          <w:tcPr>
            <w:tcW w:w="2649" w:type="dxa"/>
            <w:shd w:val="clear" w:color="auto" w:fill="0A192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385C1B" w14:textId="77777777" w:rsidR="00F54443" w:rsidRDefault="00DE4A34">
            <w:r>
              <w:rPr>
                <w:b/>
                <w:color w:val="FFFFFF"/>
                <w:sz w:val="17"/>
              </w:rPr>
              <w:t>PARTICIPANTS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324C2D" w14:textId="77777777" w:rsidR="00F54443" w:rsidRDefault="00DE4A34">
            <w:r>
              <w:rPr>
                <w:sz w:val="17"/>
              </w:rPr>
              <w:t>[ … ] personnes</w:t>
            </w:r>
          </w:p>
        </w:tc>
        <w:tc>
          <w:tcPr>
            <w:tcW w:w="2649" w:type="dxa"/>
            <w:shd w:val="clear" w:color="auto" w:fill="0A192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A1486B" w14:textId="77777777" w:rsidR="00F54443" w:rsidRDefault="00DE4A34">
            <w:r>
              <w:rPr>
                <w:b/>
                <w:color w:val="FFFFFF"/>
                <w:sz w:val="17"/>
              </w:rPr>
              <w:t>RÉFÉRENT ODYSSEA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640431" w14:textId="77777777" w:rsidR="00F54443" w:rsidRDefault="00DE4A34">
            <w:r>
              <w:rPr>
                <w:sz w:val="17"/>
              </w:rPr>
              <w:t>[Nom / téléphone]</w:t>
            </w:r>
          </w:p>
        </w:tc>
      </w:tr>
      <w:tr w:rsidR="00F54443" w14:paraId="43CCA695" w14:textId="77777777">
        <w:trPr>
          <w:jc w:val="center"/>
        </w:trPr>
        <w:tc>
          <w:tcPr>
            <w:tcW w:w="2649" w:type="dxa"/>
            <w:shd w:val="clear" w:color="auto" w:fill="0A192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255749" w14:textId="77777777" w:rsidR="00F54443" w:rsidRDefault="00DE4A34">
            <w:r>
              <w:rPr>
                <w:b/>
                <w:color w:val="FFFFFF"/>
                <w:sz w:val="17"/>
              </w:rPr>
              <w:t>LIEU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925F85" w14:textId="77777777" w:rsidR="00F54443" w:rsidRDefault="00DE4A34">
            <w:r>
              <w:rPr>
                <w:sz w:val="17"/>
              </w:rPr>
              <w:t>Toulon / Var / [autre]</w:t>
            </w:r>
          </w:p>
        </w:tc>
        <w:tc>
          <w:tcPr>
            <w:tcW w:w="2649" w:type="dxa"/>
            <w:shd w:val="clear" w:color="auto" w:fill="0A192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67162F" w14:textId="77777777" w:rsidR="00F54443" w:rsidRDefault="00DE4A34">
            <w:r>
              <w:rPr>
                <w:b/>
                <w:color w:val="FFFFFF"/>
                <w:sz w:val="17"/>
              </w:rPr>
              <w:t>RÈGLEMENT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CACAA4" w14:textId="77777777" w:rsidR="00F54443" w:rsidRDefault="00DE4A34">
            <w:r>
              <w:rPr>
                <w:sz w:val="17"/>
              </w:rPr>
              <w:t>Virement bancaire</w:t>
            </w:r>
          </w:p>
        </w:tc>
      </w:tr>
    </w:tbl>
    <w:p w14:paraId="1D1F7407" w14:textId="77777777" w:rsidR="00F54443" w:rsidRDefault="00F54443">
      <w:pPr>
        <w:spacing w:after="0"/>
      </w:pPr>
    </w:p>
    <w:tbl>
      <w:tblPr>
        <w:tblW w:w="0" w:type="auto"/>
        <w:jc w:val="center"/>
        <w:tblBorders>
          <w:top w:val="single" w:sz="10" w:space="0" w:color="FFFFFF"/>
          <w:left w:val="single" w:sz="10" w:space="0" w:color="FFFFFF"/>
          <w:bottom w:val="single" w:sz="10" w:space="0" w:color="FFFFFF"/>
          <w:right w:val="single" w:sz="10" w:space="0" w:color="FFFFFF"/>
          <w:insideH w:val="single" w:sz="10" w:space="0" w:color="FFFFFF"/>
          <w:insideV w:val="single" w:sz="1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5298"/>
        <w:gridCol w:w="5298"/>
      </w:tblGrid>
      <w:tr w:rsidR="00F54443" w14:paraId="707331F3" w14:textId="77777777">
        <w:trPr>
          <w:jc w:val="center"/>
        </w:trPr>
        <w:tc>
          <w:tcPr>
            <w:tcW w:w="5298" w:type="dxa"/>
            <w:shd w:val="clear" w:color="auto" w:fill="EEF3F6"/>
            <w:tcMar>
              <w:top w:w="170" w:type="dxa"/>
              <w:left w:w="180" w:type="dxa"/>
              <w:bottom w:w="170" w:type="dxa"/>
              <w:right w:w="180" w:type="dxa"/>
            </w:tcMar>
            <w:vAlign w:val="center"/>
          </w:tcPr>
          <w:p w14:paraId="5AB2F879" w14:textId="77777777" w:rsidR="00F54443" w:rsidRDefault="00DE4A34">
            <w:r>
              <w:t>ODYSSEA EVENT</w:t>
            </w:r>
            <w:r>
              <w:br/>
              <w:t>Adresse : [à compléter]</w:t>
            </w:r>
            <w:r>
              <w:br/>
              <w:t>SIRET : [à compléter]  •  TVA : [à compléter]</w:t>
            </w:r>
            <w:r>
              <w:br/>
              <w:t>Tél. : [à compléter]</w:t>
            </w:r>
            <w:r>
              <w:br/>
              <w:t>E-mail : [à compléter]</w:t>
            </w:r>
            <w:r>
              <w:br/>
              <w:t>Site : [à compléter]</w:t>
            </w:r>
          </w:p>
        </w:tc>
        <w:tc>
          <w:tcPr>
            <w:tcW w:w="5298" w:type="dxa"/>
            <w:shd w:val="clear" w:color="auto" w:fill="EEF3F6"/>
            <w:tcMar>
              <w:top w:w="170" w:type="dxa"/>
              <w:left w:w="180" w:type="dxa"/>
              <w:bottom w:w="170" w:type="dxa"/>
              <w:right w:w="180" w:type="dxa"/>
            </w:tcMar>
            <w:vAlign w:val="center"/>
          </w:tcPr>
          <w:p w14:paraId="1EF3222F" w14:textId="77777777" w:rsidR="00F54443" w:rsidRDefault="00DE4A34">
            <w:r>
              <w:t>CLIENT</w:t>
            </w:r>
            <w:r>
              <w:br/>
              <w:t>Société : [à compléter]</w:t>
            </w:r>
            <w:r>
              <w:br/>
              <w:t>Nom / fonction : [à compléter]</w:t>
            </w:r>
            <w:r>
              <w:br/>
              <w:t>Adresse : [à compléter]</w:t>
            </w:r>
            <w:r>
              <w:br/>
              <w:t>Tél. : [à compléter]</w:t>
            </w:r>
            <w:r>
              <w:br/>
              <w:t>E-mail : [à compléter]</w:t>
            </w:r>
          </w:p>
        </w:tc>
      </w:tr>
    </w:tbl>
    <w:p w14:paraId="0E501F0E" w14:textId="77777777" w:rsidR="00F54443" w:rsidRDefault="00DE4A34">
      <w:pPr>
        <w:spacing w:before="180" w:after="80"/>
      </w:pPr>
      <w:r>
        <w:rPr>
          <w:b/>
          <w:color w:val="0A192C"/>
          <w:sz w:val="24"/>
        </w:rPr>
        <w:t>OBJET DU DEVIS</w:t>
      </w:r>
    </w:p>
    <w:p w14:paraId="32C42597" w14:textId="77777777" w:rsidR="00F54443" w:rsidRDefault="00DE4A34">
      <w:pPr>
        <w:spacing w:after="60"/>
      </w:pPr>
      <w:r>
        <w:t>Organisation d’un week-end rugby premium destiné aux partenaires, collaborateurs ou invités du client, comprenant les prestations sélectionnées ci-dessous.</w:t>
      </w:r>
    </w:p>
    <w:p w14:paraId="29E2F2F7" w14:textId="77777777" w:rsidR="00F54443" w:rsidRDefault="00DE4A34">
      <w:r>
        <w:br w:type="page"/>
      </w:r>
    </w:p>
    <w:p w14:paraId="028FB0CC" w14:textId="77777777" w:rsidR="00F54443" w:rsidRDefault="00DE4A34">
      <w:pPr>
        <w:spacing w:before="180" w:after="80"/>
      </w:pPr>
      <w:r>
        <w:rPr>
          <w:b/>
          <w:color w:val="0A192C"/>
          <w:sz w:val="24"/>
        </w:rPr>
        <w:lastRenderedPageBreak/>
        <w:t>PROGRAMME PRÉVISIONNEL</w:t>
      </w:r>
    </w:p>
    <w:tbl>
      <w:tblPr>
        <w:tblW w:w="0" w:type="auto"/>
        <w:jc w:val="center"/>
        <w:tblBorders>
          <w:top w:val="single" w:sz="7" w:space="0" w:color="FFFFFF"/>
          <w:left w:val="single" w:sz="7" w:space="0" w:color="FFFFFF"/>
          <w:bottom w:val="single" w:sz="7" w:space="0" w:color="FFFFFF"/>
          <w:right w:val="single" w:sz="7" w:space="0" w:color="FFFFFF"/>
          <w:insideH w:val="single" w:sz="7" w:space="0" w:color="FFFFFF"/>
          <w:insideV w:val="single" w:sz="7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5298"/>
        <w:gridCol w:w="5298"/>
      </w:tblGrid>
      <w:tr w:rsidR="00F54443" w14:paraId="219D0AD1" w14:textId="77777777">
        <w:trPr>
          <w:jc w:val="center"/>
        </w:trPr>
        <w:tc>
          <w:tcPr>
            <w:tcW w:w="5298" w:type="dxa"/>
            <w:shd w:val="clear" w:color="auto" w:fill="0A192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7E2506" w14:textId="77777777" w:rsidR="00F54443" w:rsidRDefault="00DE4A34">
            <w:r>
              <w:rPr>
                <w:b/>
                <w:color w:val="FFFFFF"/>
                <w:sz w:val="17"/>
              </w:rPr>
              <w:t>VENDREDI</w:t>
            </w:r>
          </w:p>
        </w:tc>
        <w:tc>
          <w:tcPr>
            <w:tcW w:w="5298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5F49BF" w14:textId="77777777" w:rsidR="00F54443" w:rsidRDefault="00DE4A34">
            <w:r>
              <w:t>Accueil des participants • Installation • Dîner au restaurant • [précisions à compléter]</w:t>
            </w:r>
          </w:p>
        </w:tc>
      </w:tr>
      <w:tr w:rsidR="00F54443" w14:paraId="10BE24CD" w14:textId="77777777">
        <w:trPr>
          <w:jc w:val="center"/>
        </w:trPr>
        <w:tc>
          <w:tcPr>
            <w:tcW w:w="5298" w:type="dxa"/>
            <w:shd w:val="clear" w:color="auto" w:fill="0A192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B4B305" w14:textId="77777777" w:rsidR="00F54443" w:rsidRDefault="00DE4A34">
            <w:r>
              <w:rPr>
                <w:b/>
                <w:color w:val="FFFFFF"/>
                <w:sz w:val="17"/>
              </w:rPr>
              <w:t>SAMEDI MATIN</w:t>
            </w:r>
          </w:p>
        </w:tc>
        <w:tc>
          <w:tcPr>
            <w:tcW w:w="529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44780B" w14:textId="77777777" w:rsidR="00F54443" w:rsidRDefault="00DE4A34">
            <w:r>
              <w:t>Parcours / initiation golf et déjeuner • [lieu et horaires à compléter]</w:t>
            </w:r>
          </w:p>
        </w:tc>
      </w:tr>
      <w:tr w:rsidR="00F54443" w14:paraId="147715DD" w14:textId="77777777">
        <w:trPr>
          <w:jc w:val="center"/>
        </w:trPr>
        <w:tc>
          <w:tcPr>
            <w:tcW w:w="5298" w:type="dxa"/>
            <w:shd w:val="clear" w:color="auto" w:fill="0A192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96880A" w14:textId="77777777" w:rsidR="00F54443" w:rsidRDefault="00DE4A34">
            <w:r>
              <w:rPr>
                <w:b/>
                <w:color w:val="FFFFFF"/>
                <w:sz w:val="17"/>
              </w:rPr>
              <w:t>SAMEDI SOIR</w:t>
            </w:r>
          </w:p>
        </w:tc>
        <w:tc>
          <w:tcPr>
            <w:tcW w:w="5298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EDD0FB" w14:textId="77777777" w:rsidR="00F54443" w:rsidRDefault="00DE4A34">
            <w:r>
              <w:t>Match de rugby • Soirée festive • [match / hospitalité / transfert à préciser]</w:t>
            </w:r>
          </w:p>
        </w:tc>
      </w:tr>
      <w:tr w:rsidR="00F54443" w14:paraId="58F516DD" w14:textId="77777777">
        <w:trPr>
          <w:jc w:val="center"/>
        </w:trPr>
        <w:tc>
          <w:tcPr>
            <w:tcW w:w="5298" w:type="dxa"/>
            <w:shd w:val="clear" w:color="auto" w:fill="0A192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8E693F" w14:textId="77777777" w:rsidR="00F54443" w:rsidRDefault="00DE4A34">
            <w:r>
              <w:rPr>
                <w:b/>
                <w:color w:val="FFFFFF"/>
                <w:sz w:val="17"/>
              </w:rPr>
              <w:t>DIMANCHE</w:t>
            </w:r>
          </w:p>
        </w:tc>
        <w:tc>
          <w:tcPr>
            <w:tcW w:w="529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6864EF" w14:textId="77777777" w:rsidR="00F54443" w:rsidRDefault="00DE4A34">
            <w:r>
              <w:t>Visite et dégustation dans un domaine • Déjeuner bouillabaisse en bord de mer • Retour</w:t>
            </w:r>
          </w:p>
        </w:tc>
      </w:tr>
    </w:tbl>
    <w:p w14:paraId="4D7B07A8" w14:textId="77777777" w:rsidR="00F54443" w:rsidRDefault="00DE4A34">
      <w:pPr>
        <w:spacing w:before="180" w:after="80"/>
      </w:pPr>
      <w:r>
        <w:rPr>
          <w:b/>
          <w:color w:val="0A192C"/>
          <w:sz w:val="24"/>
        </w:rPr>
        <w:t>DÉTAIL DES PRESTATIONS</w:t>
      </w:r>
    </w:p>
    <w:tbl>
      <w:tblPr>
        <w:tblW w:w="0" w:type="auto"/>
        <w:jc w:val="center"/>
        <w:tblBorders>
          <w:top w:val="single" w:sz="5" w:space="0" w:color="D8E3E9"/>
          <w:left w:val="single" w:sz="5" w:space="0" w:color="D8E3E9"/>
          <w:bottom w:val="single" w:sz="5" w:space="0" w:color="D8E3E9"/>
          <w:right w:val="single" w:sz="5" w:space="0" w:color="D8E3E9"/>
          <w:insideH w:val="single" w:sz="5" w:space="0" w:color="D8E3E9"/>
          <w:insideV w:val="single" w:sz="5" w:space="0" w:color="D8E3E9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649"/>
        <w:gridCol w:w="2649"/>
        <w:gridCol w:w="2649"/>
      </w:tblGrid>
      <w:tr w:rsidR="00F54443" w14:paraId="7C2A8433" w14:textId="77777777">
        <w:trPr>
          <w:jc w:val="center"/>
        </w:trPr>
        <w:tc>
          <w:tcPr>
            <w:tcW w:w="2649" w:type="dxa"/>
            <w:shd w:val="clear" w:color="auto" w:fill="0A192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E19D0A" w14:textId="77777777" w:rsidR="00F54443" w:rsidRDefault="00DE4A34">
            <w:pPr>
              <w:jc w:val="center"/>
            </w:pPr>
            <w:r>
              <w:rPr>
                <w:b/>
                <w:color w:val="FFFFFF"/>
                <w:sz w:val="17"/>
              </w:rPr>
              <w:t>PRESTATION</w:t>
            </w:r>
          </w:p>
        </w:tc>
        <w:tc>
          <w:tcPr>
            <w:tcW w:w="2649" w:type="dxa"/>
            <w:shd w:val="clear" w:color="auto" w:fill="0A192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52366B" w14:textId="77777777" w:rsidR="00F54443" w:rsidRDefault="00DE4A34">
            <w:pPr>
              <w:jc w:val="center"/>
            </w:pPr>
            <w:r>
              <w:rPr>
                <w:b/>
                <w:color w:val="FFFFFF"/>
                <w:sz w:val="17"/>
              </w:rPr>
              <w:t>QTÉ</w:t>
            </w:r>
          </w:p>
        </w:tc>
        <w:tc>
          <w:tcPr>
            <w:tcW w:w="2649" w:type="dxa"/>
            <w:shd w:val="clear" w:color="auto" w:fill="0A192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FE59AC" w14:textId="77777777" w:rsidR="00F54443" w:rsidRDefault="00DE4A34">
            <w:pPr>
              <w:jc w:val="center"/>
            </w:pPr>
            <w:r>
              <w:rPr>
                <w:b/>
                <w:color w:val="FFFFFF"/>
                <w:sz w:val="17"/>
              </w:rPr>
              <w:t>PRIX UNIT. HT</w:t>
            </w:r>
          </w:p>
        </w:tc>
        <w:tc>
          <w:tcPr>
            <w:tcW w:w="2649" w:type="dxa"/>
            <w:shd w:val="clear" w:color="auto" w:fill="0A192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C2FB2B" w14:textId="77777777" w:rsidR="00F54443" w:rsidRDefault="00DE4A34">
            <w:pPr>
              <w:jc w:val="center"/>
            </w:pPr>
            <w:r>
              <w:rPr>
                <w:b/>
                <w:color w:val="FFFFFF"/>
                <w:sz w:val="17"/>
              </w:rPr>
              <w:t>TOTAL HT</w:t>
            </w:r>
          </w:p>
        </w:tc>
      </w:tr>
      <w:tr w:rsidR="00F54443" w14:paraId="78BFF615" w14:textId="77777777">
        <w:trPr>
          <w:jc w:val="center"/>
        </w:trPr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1E81BB" w14:textId="77777777" w:rsidR="00F54443" w:rsidRDefault="00DE4A34">
            <w:r>
              <w:rPr>
                <w:sz w:val="17"/>
              </w:rPr>
              <w:t>Conception et coordination du séjour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63974F" w14:textId="77777777" w:rsidR="00F54443" w:rsidRDefault="00DE4A34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B08A44" w14:textId="77777777" w:rsidR="00F54443" w:rsidRDefault="00DE4A34">
            <w:pPr>
              <w:jc w:val="center"/>
            </w:pPr>
            <w:r>
              <w:rPr>
                <w:sz w:val="17"/>
              </w:rPr>
              <w:t>[ € ]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B52102" w14:textId="77777777" w:rsidR="00F54443" w:rsidRDefault="00DE4A34">
            <w:pPr>
              <w:jc w:val="center"/>
            </w:pPr>
            <w:r>
              <w:rPr>
                <w:sz w:val="17"/>
              </w:rPr>
              <w:t>[ € ]</w:t>
            </w:r>
          </w:p>
        </w:tc>
      </w:tr>
      <w:tr w:rsidR="00F54443" w14:paraId="06037421" w14:textId="77777777">
        <w:trPr>
          <w:jc w:val="center"/>
        </w:trPr>
        <w:tc>
          <w:tcPr>
            <w:tcW w:w="2649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5071D8" w14:textId="77777777" w:rsidR="00F54443" w:rsidRDefault="00DE4A34">
            <w:r>
              <w:rPr>
                <w:sz w:val="17"/>
              </w:rPr>
              <w:t>Accueil et accompagnement Odyssea</w:t>
            </w:r>
          </w:p>
        </w:tc>
        <w:tc>
          <w:tcPr>
            <w:tcW w:w="2649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2C7329" w14:textId="77777777" w:rsidR="00F54443" w:rsidRDefault="00DE4A34">
            <w:pPr>
              <w:jc w:val="center"/>
            </w:pPr>
            <w:r>
              <w:rPr>
                <w:sz w:val="17"/>
              </w:rPr>
              <w:t>[ ]</w:t>
            </w:r>
          </w:p>
        </w:tc>
        <w:tc>
          <w:tcPr>
            <w:tcW w:w="2649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4AEA4D" w14:textId="77777777" w:rsidR="00F54443" w:rsidRDefault="00DE4A34">
            <w:pPr>
              <w:jc w:val="center"/>
            </w:pPr>
            <w:r>
              <w:rPr>
                <w:sz w:val="17"/>
              </w:rPr>
              <w:t>[ € ]</w:t>
            </w:r>
          </w:p>
        </w:tc>
        <w:tc>
          <w:tcPr>
            <w:tcW w:w="2649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0B4FDC" w14:textId="77777777" w:rsidR="00F54443" w:rsidRDefault="00DE4A34">
            <w:pPr>
              <w:jc w:val="center"/>
            </w:pPr>
            <w:r>
              <w:rPr>
                <w:sz w:val="17"/>
              </w:rPr>
              <w:t>[ € ]</w:t>
            </w:r>
          </w:p>
        </w:tc>
      </w:tr>
      <w:tr w:rsidR="00F54443" w14:paraId="7AF90C4D" w14:textId="77777777">
        <w:trPr>
          <w:jc w:val="center"/>
        </w:trPr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8ADB39" w14:textId="77777777" w:rsidR="00F54443" w:rsidRDefault="00DE4A34">
            <w:r>
              <w:rPr>
                <w:sz w:val="17"/>
              </w:rPr>
              <w:t>Hébergement – [catégorie / nuits]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08ED40" w14:textId="77777777" w:rsidR="00F54443" w:rsidRDefault="00DE4A34">
            <w:pPr>
              <w:jc w:val="center"/>
            </w:pPr>
            <w:r>
              <w:rPr>
                <w:sz w:val="17"/>
              </w:rPr>
              <w:t>[ ]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829E64" w14:textId="77777777" w:rsidR="00F54443" w:rsidRDefault="00DE4A34">
            <w:pPr>
              <w:jc w:val="center"/>
            </w:pPr>
            <w:r>
              <w:rPr>
                <w:sz w:val="17"/>
              </w:rPr>
              <w:t>[ € ]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0362FA" w14:textId="77777777" w:rsidR="00F54443" w:rsidRDefault="00DE4A34">
            <w:pPr>
              <w:jc w:val="center"/>
            </w:pPr>
            <w:r>
              <w:rPr>
                <w:sz w:val="17"/>
              </w:rPr>
              <w:t>[ € ]</w:t>
            </w:r>
          </w:p>
        </w:tc>
      </w:tr>
      <w:tr w:rsidR="00F54443" w14:paraId="68A6F8A7" w14:textId="77777777">
        <w:trPr>
          <w:jc w:val="center"/>
        </w:trPr>
        <w:tc>
          <w:tcPr>
            <w:tcW w:w="2649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59CD00" w14:textId="77777777" w:rsidR="00F54443" w:rsidRDefault="00DE4A34">
            <w:r>
              <w:rPr>
                <w:sz w:val="17"/>
              </w:rPr>
              <w:t>Restauration – [repas / boissons]</w:t>
            </w:r>
          </w:p>
        </w:tc>
        <w:tc>
          <w:tcPr>
            <w:tcW w:w="2649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1A498C" w14:textId="77777777" w:rsidR="00F54443" w:rsidRDefault="00DE4A34">
            <w:pPr>
              <w:jc w:val="center"/>
            </w:pPr>
            <w:r>
              <w:rPr>
                <w:sz w:val="17"/>
              </w:rPr>
              <w:t>[ ]</w:t>
            </w:r>
          </w:p>
        </w:tc>
        <w:tc>
          <w:tcPr>
            <w:tcW w:w="2649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8463D0" w14:textId="77777777" w:rsidR="00F54443" w:rsidRDefault="00DE4A34">
            <w:pPr>
              <w:jc w:val="center"/>
            </w:pPr>
            <w:r>
              <w:rPr>
                <w:sz w:val="17"/>
              </w:rPr>
              <w:t>[ € ]</w:t>
            </w:r>
          </w:p>
        </w:tc>
        <w:tc>
          <w:tcPr>
            <w:tcW w:w="2649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F6083E" w14:textId="77777777" w:rsidR="00F54443" w:rsidRDefault="00DE4A34">
            <w:pPr>
              <w:jc w:val="center"/>
            </w:pPr>
            <w:r>
              <w:rPr>
                <w:sz w:val="17"/>
              </w:rPr>
              <w:t>[ € ]</w:t>
            </w:r>
          </w:p>
        </w:tc>
      </w:tr>
      <w:tr w:rsidR="00F54443" w14:paraId="103DF6B6" w14:textId="77777777">
        <w:trPr>
          <w:jc w:val="center"/>
        </w:trPr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9E1F78" w14:textId="77777777" w:rsidR="00F54443" w:rsidRDefault="00DE4A34">
            <w:r>
              <w:rPr>
                <w:sz w:val="17"/>
              </w:rPr>
              <w:t>Golf – [parcours / initiation / matériel]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2A21A7" w14:textId="77777777" w:rsidR="00F54443" w:rsidRDefault="00DE4A34">
            <w:pPr>
              <w:jc w:val="center"/>
            </w:pPr>
            <w:r>
              <w:rPr>
                <w:sz w:val="17"/>
              </w:rPr>
              <w:t>[ ]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59BC18" w14:textId="77777777" w:rsidR="00F54443" w:rsidRDefault="00DE4A34">
            <w:pPr>
              <w:jc w:val="center"/>
            </w:pPr>
            <w:r>
              <w:rPr>
                <w:sz w:val="17"/>
              </w:rPr>
              <w:t>[ € ]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918F93" w14:textId="77777777" w:rsidR="00F54443" w:rsidRDefault="00DE4A34">
            <w:pPr>
              <w:jc w:val="center"/>
            </w:pPr>
            <w:r>
              <w:rPr>
                <w:sz w:val="17"/>
              </w:rPr>
              <w:t>[ € ]</w:t>
            </w:r>
          </w:p>
        </w:tc>
      </w:tr>
      <w:tr w:rsidR="00F54443" w14:paraId="665B335D" w14:textId="77777777">
        <w:trPr>
          <w:jc w:val="center"/>
        </w:trPr>
        <w:tc>
          <w:tcPr>
            <w:tcW w:w="2649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2E64B5" w14:textId="77777777" w:rsidR="00F54443" w:rsidRDefault="00DE4A34">
            <w:r>
              <w:rPr>
                <w:sz w:val="17"/>
              </w:rPr>
              <w:t>Billetterie match / hospitalité</w:t>
            </w:r>
          </w:p>
        </w:tc>
        <w:tc>
          <w:tcPr>
            <w:tcW w:w="2649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DA3D41" w14:textId="77777777" w:rsidR="00F54443" w:rsidRDefault="00DE4A34">
            <w:pPr>
              <w:jc w:val="center"/>
            </w:pPr>
            <w:r>
              <w:rPr>
                <w:sz w:val="17"/>
              </w:rPr>
              <w:t>[ ]</w:t>
            </w:r>
          </w:p>
        </w:tc>
        <w:tc>
          <w:tcPr>
            <w:tcW w:w="2649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6CEE16" w14:textId="77777777" w:rsidR="00F54443" w:rsidRDefault="00DE4A34">
            <w:pPr>
              <w:jc w:val="center"/>
            </w:pPr>
            <w:r>
              <w:rPr>
                <w:sz w:val="17"/>
              </w:rPr>
              <w:t>[ € ]</w:t>
            </w:r>
          </w:p>
        </w:tc>
        <w:tc>
          <w:tcPr>
            <w:tcW w:w="2649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F6850E" w14:textId="77777777" w:rsidR="00F54443" w:rsidRDefault="00DE4A34">
            <w:pPr>
              <w:jc w:val="center"/>
            </w:pPr>
            <w:r>
              <w:rPr>
                <w:sz w:val="17"/>
              </w:rPr>
              <w:t>[ € ]</w:t>
            </w:r>
          </w:p>
        </w:tc>
      </w:tr>
      <w:tr w:rsidR="00F54443" w14:paraId="7D8A2117" w14:textId="77777777">
        <w:trPr>
          <w:jc w:val="center"/>
        </w:trPr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CE695A" w14:textId="77777777" w:rsidR="00F54443" w:rsidRDefault="00DE4A34">
            <w:r>
              <w:rPr>
                <w:sz w:val="17"/>
              </w:rPr>
              <w:t>Visite et dégustation au domaine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AC711F" w14:textId="77777777" w:rsidR="00F54443" w:rsidRDefault="00DE4A34">
            <w:pPr>
              <w:jc w:val="center"/>
            </w:pPr>
            <w:r>
              <w:rPr>
                <w:sz w:val="17"/>
              </w:rPr>
              <w:t>[ ]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7C7A6A" w14:textId="77777777" w:rsidR="00F54443" w:rsidRDefault="00DE4A34">
            <w:pPr>
              <w:jc w:val="center"/>
            </w:pPr>
            <w:r>
              <w:rPr>
                <w:sz w:val="17"/>
              </w:rPr>
              <w:t>[ € ]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7131A3" w14:textId="77777777" w:rsidR="00F54443" w:rsidRDefault="00DE4A34">
            <w:pPr>
              <w:jc w:val="center"/>
            </w:pPr>
            <w:r>
              <w:rPr>
                <w:sz w:val="17"/>
              </w:rPr>
              <w:t>[ € ]</w:t>
            </w:r>
          </w:p>
        </w:tc>
      </w:tr>
      <w:tr w:rsidR="00F54443" w14:paraId="61F047AF" w14:textId="77777777">
        <w:trPr>
          <w:jc w:val="center"/>
        </w:trPr>
        <w:tc>
          <w:tcPr>
            <w:tcW w:w="2649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245842" w14:textId="77777777" w:rsidR="00F54443" w:rsidRDefault="00DE4A34">
            <w:r>
              <w:rPr>
                <w:sz w:val="17"/>
              </w:rPr>
              <w:t>Transport / transferts</w:t>
            </w:r>
          </w:p>
        </w:tc>
        <w:tc>
          <w:tcPr>
            <w:tcW w:w="2649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5A9AD8" w14:textId="77777777" w:rsidR="00F54443" w:rsidRDefault="00DE4A34">
            <w:pPr>
              <w:jc w:val="center"/>
            </w:pPr>
            <w:r>
              <w:rPr>
                <w:sz w:val="17"/>
              </w:rPr>
              <w:t>[ ]</w:t>
            </w:r>
          </w:p>
        </w:tc>
        <w:tc>
          <w:tcPr>
            <w:tcW w:w="2649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F31328" w14:textId="77777777" w:rsidR="00F54443" w:rsidRDefault="00DE4A34">
            <w:pPr>
              <w:jc w:val="center"/>
            </w:pPr>
            <w:r>
              <w:rPr>
                <w:sz w:val="17"/>
              </w:rPr>
              <w:t>[ € ]</w:t>
            </w:r>
          </w:p>
        </w:tc>
        <w:tc>
          <w:tcPr>
            <w:tcW w:w="2649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32B256" w14:textId="77777777" w:rsidR="00F54443" w:rsidRDefault="00DE4A34">
            <w:pPr>
              <w:jc w:val="center"/>
            </w:pPr>
            <w:r>
              <w:rPr>
                <w:sz w:val="17"/>
              </w:rPr>
              <w:t>[ € ]</w:t>
            </w:r>
          </w:p>
        </w:tc>
      </w:tr>
      <w:tr w:rsidR="00F54443" w14:paraId="7A854DA5" w14:textId="77777777">
        <w:trPr>
          <w:jc w:val="center"/>
        </w:trPr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FAF87D" w14:textId="77777777" w:rsidR="00F54443" w:rsidRDefault="00DE4A34">
            <w:r>
              <w:rPr>
                <w:sz w:val="17"/>
              </w:rPr>
              <w:t>Autre : [à préciser]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1BAD2E" w14:textId="77777777" w:rsidR="00F54443" w:rsidRDefault="00DE4A34">
            <w:pPr>
              <w:jc w:val="center"/>
            </w:pPr>
            <w:r>
              <w:rPr>
                <w:sz w:val="17"/>
              </w:rPr>
              <w:t>[ ]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CF620E" w14:textId="77777777" w:rsidR="00F54443" w:rsidRDefault="00DE4A34">
            <w:pPr>
              <w:jc w:val="center"/>
            </w:pPr>
            <w:r>
              <w:rPr>
                <w:sz w:val="17"/>
              </w:rPr>
              <w:t>[ € ]</w:t>
            </w:r>
          </w:p>
        </w:tc>
        <w:tc>
          <w:tcPr>
            <w:tcW w:w="2649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F16A3B" w14:textId="77777777" w:rsidR="00F54443" w:rsidRDefault="00DE4A34">
            <w:pPr>
              <w:jc w:val="center"/>
            </w:pPr>
            <w:r>
              <w:rPr>
                <w:sz w:val="17"/>
              </w:rPr>
              <w:t>[ € ]</w:t>
            </w:r>
          </w:p>
        </w:tc>
      </w:tr>
    </w:tbl>
    <w:p w14:paraId="6700A894" w14:textId="77777777" w:rsidR="00F54443" w:rsidRDefault="00DE4A34">
      <w:r>
        <w:br w:type="page"/>
      </w:r>
    </w:p>
    <w:p w14:paraId="1F50165A" w14:textId="77777777" w:rsidR="00F54443" w:rsidRDefault="00DE4A34">
      <w:pPr>
        <w:spacing w:before="180" w:after="80"/>
      </w:pPr>
      <w:r>
        <w:rPr>
          <w:b/>
          <w:color w:val="0A192C"/>
          <w:sz w:val="24"/>
        </w:rPr>
        <w:lastRenderedPageBreak/>
        <w:t>OPTIONS SUR DEVIS</w:t>
      </w:r>
    </w:p>
    <w:tbl>
      <w:tblPr>
        <w:tblW w:w="0" w:type="auto"/>
        <w:jc w:val="center"/>
        <w:tblBorders>
          <w:top w:val="single" w:sz="5" w:space="0" w:color="D8E3E9"/>
          <w:left w:val="single" w:sz="5" w:space="0" w:color="D8E3E9"/>
          <w:bottom w:val="single" w:sz="5" w:space="0" w:color="D8E3E9"/>
          <w:right w:val="single" w:sz="5" w:space="0" w:color="D8E3E9"/>
          <w:insideH w:val="single" w:sz="5" w:space="0" w:color="D8E3E9"/>
          <w:insideV w:val="single" w:sz="5" w:space="0" w:color="D8E3E9"/>
        </w:tblBorders>
        <w:tblLook w:val="04A0" w:firstRow="1" w:lastRow="0" w:firstColumn="1" w:lastColumn="0" w:noHBand="0" w:noVBand="1"/>
      </w:tblPr>
      <w:tblGrid>
        <w:gridCol w:w="5293"/>
        <w:gridCol w:w="5291"/>
      </w:tblGrid>
      <w:tr w:rsidR="00F54443" w14:paraId="4883D3E0" w14:textId="77777777">
        <w:trPr>
          <w:jc w:val="center"/>
        </w:trPr>
        <w:tc>
          <w:tcPr>
            <w:tcW w:w="5298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763357" w14:textId="77777777" w:rsidR="00F54443" w:rsidRDefault="00DE4A34">
            <w:r>
              <w:t>Intervention / présence d’un ancien joueur professionnel</w:t>
            </w:r>
          </w:p>
        </w:tc>
        <w:tc>
          <w:tcPr>
            <w:tcW w:w="5298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C76BB" w14:textId="77777777" w:rsidR="00F54443" w:rsidRDefault="00DE4A34">
            <w:pPr>
              <w:jc w:val="center"/>
            </w:pPr>
            <w:r>
              <w:rPr>
                <w:sz w:val="17"/>
              </w:rPr>
              <w:t>[Inclus / Non / Prix]</w:t>
            </w:r>
          </w:p>
        </w:tc>
      </w:tr>
      <w:tr w:rsidR="00F54443" w14:paraId="2C250C49" w14:textId="77777777">
        <w:trPr>
          <w:jc w:val="center"/>
        </w:trPr>
        <w:tc>
          <w:tcPr>
            <w:tcW w:w="529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642074" w14:textId="77777777" w:rsidR="00F54443" w:rsidRDefault="00DE4A34">
            <w:r>
              <w:t>Privatisation d’un espace ou prestations VIP</w:t>
            </w:r>
          </w:p>
        </w:tc>
        <w:tc>
          <w:tcPr>
            <w:tcW w:w="529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3DC115" w14:textId="77777777" w:rsidR="00F54443" w:rsidRDefault="00DE4A34">
            <w:pPr>
              <w:jc w:val="center"/>
            </w:pPr>
            <w:r>
              <w:rPr>
                <w:sz w:val="17"/>
              </w:rPr>
              <w:t>[Inclus / Non / Prix]</w:t>
            </w:r>
          </w:p>
        </w:tc>
      </w:tr>
      <w:tr w:rsidR="00F54443" w14:paraId="7FA8DE25" w14:textId="77777777">
        <w:trPr>
          <w:jc w:val="center"/>
        </w:trPr>
        <w:tc>
          <w:tcPr>
            <w:tcW w:w="5298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551534" w14:textId="77777777" w:rsidR="00F54443" w:rsidRDefault="00DE4A34">
            <w:r>
              <w:t>Activité rugby sur le terrain / challenge d’équipe</w:t>
            </w:r>
          </w:p>
        </w:tc>
        <w:tc>
          <w:tcPr>
            <w:tcW w:w="5298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1B26B5" w14:textId="77777777" w:rsidR="00F54443" w:rsidRDefault="00DE4A34">
            <w:pPr>
              <w:jc w:val="center"/>
            </w:pPr>
            <w:r>
              <w:rPr>
                <w:sz w:val="17"/>
              </w:rPr>
              <w:t>[Inclus / Non / Prix]</w:t>
            </w:r>
          </w:p>
        </w:tc>
      </w:tr>
      <w:tr w:rsidR="00F54443" w14:paraId="336D0E79" w14:textId="77777777">
        <w:trPr>
          <w:jc w:val="center"/>
        </w:trPr>
        <w:tc>
          <w:tcPr>
            <w:tcW w:w="529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5F1CF8" w14:textId="77777777" w:rsidR="00F54443" w:rsidRDefault="00DE4A34">
            <w:r>
              <w:t>Navette, chauffeur privé ou autocar</w:t>
            </w:r>
          </w:p>
        </w:tc>
        <w:tc>
          <w:tcPr>
            <w:tcW w:w="529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E6FC62" w14:textId="77777777" w:rsidR="00F54443" w:rsidRDefault="00DE4A34">
            <w:pPr>
              <w:jc w:val="center"/>
            </w:pPr>
            <w:r>
              <w:rPr>
                <w:sz w:val="17"/>
              </w:rPr>
              <w:t>[Inclus / Non / Prix]</w:t>
            </w:r>
          </w:p>
        </w:tc>
      </w:tr>
      <w:tr w:rsidR="00F54443" w14:paraId="5578CBF3" w14:textId="77777777">
        <w:trPr>
          <w:jc w:val="center"/>
        </w:trPr>
        <w:tc>
          <w:tcPr>
            <w:tcW w:w="5298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D10DBF" w14:textId="77777777" w:rsidR="00F54443" w:rsidRDefault="00DE4A34">
            <w:r>
              <w:t>Activité complémentaire : catamaran, paddle, visite privée…</w:t>
            </w:r>
          </w:p>
        </w:tc>
        <w:tc>
          <w:tcPr>
            <w:tcW w:w="5298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0957C3" w14:textId="77777777" w:rsidR="00F54443" w:rsidRDefault="00DE4A34">
            <w:pPr>
              <w:jc w:val="center"/>
            </w:pPr>
            <w:r>
              <w:rPr>
                <w:sz w:val="17"/>
              </w:rPr>
              <w:t>[Inclus / Non / Prix]</w:t>
            </w:r>
          </w:p>
        </w:tc>
      </w:tr>
    </w:tbl>
    <w:p w14:paraId="163509A3" w14:textId="77777777" w:rsidR="00F54443" w:rsidRDefault="00DE4A34">
      <w:pPr>
        <w:spacing w:before="180" w:after="80"/>
      </w:pPr>
      <w:r>
        <w:rPr>
          <w:b/>
          <w:color w:val="0A192C"/>
          <w:sz w:val="24"/>
        </w:rPr>
        <w:t>RÉCAPITULATIF FINANCIER</w:t>
      </w:r>
    </w:p>
    <w:tbl>
      <w:tblPr>
        <w:tblW w:w="0" w:type="auto"/>
        <w:jc w:val="right"/>
        <w:tblBorders>
          <w:top w:val="single" w:sz="7" w:space="0" w:color="FFFFFF"/>
          <w:left w:val="single" w:sz="7" w:space="0" w:color="FFFFFF"/>
          <w:bottom w:val="single" w:sz="7" w:space="0" w:color="FFFFFF"/>
          <w:right w:val="single" w:sz="7" w:space="0" w:color="FFFFFF"/>
          <w:insideH w:val="single" w:sz="7" w:space="0" w:color="FFFFFF"/>
          <w:insideV w:val="single" w:sz="7" w:space="0" w:color="FFFFFF"/>
        </w:tblBorders>
        <w:tblLook w:val="04A0" w:firstRow="1" w:lastRow="0" w:firstColumn="1" w:lastColumn="0" w:noHBand="0" w:noVBand="1"/>
      </w:tblPr>
      <w:tblGrid>
        <w:gridCol w:w="5290"/>
        <w:gridCol w:w="5288"/>
      </w:tblGrid>
      <w:tr w:rsidR="00F54443" w14:paraId="484EFCD4" w14:textId="77777777">
        <w:trPr>
          <w:jc w:val="right"/>
        </w:trPr>
        <w:tc>
          <w:tcPr>
            <w:tcW w:w="5298" w:type="dxa"/>
            <w:shd w:val="clear" w:color="auto" w:fill="EEF3F6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0BBF7C53" w14:textId="77777777" w:rsidR="00F54443" w:rsidRDefault="00DE4A34">
            <w:pPr>
              <w:jc w:val="right"/>
            </w:pPr>
            <w:r>
              <w:rPr>
                <w:b/>
                <w:sz w:val="17"/>
              </w:rPr>
              <w:t>TOTAL HT</w:t>
            </w:r>
          </w:p>
        </w:tc>
        <w:tc>
          <w:tcPr>
            <w:tcW w:w="5298" w:type="dxa"/>
            <w:shd w:val="clear" w:color="auto" w:fill="EEF3F6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4C1121EA" w14:textId="77777777" w:rsidR="00F54443" w:rsidRDefault="00DE4A34">
            <w:pPr>
              <w:jc w:val="center"/>
            </w:pPr>
            <w:r>
              <w:rPr>
                <w:b/>
              </w:rPr>
              <w:t>[ € ]</w:t>
            </w:r>
          </w:p>
        </w:tc>
      </w:tr>
      <w:tr w:rsidR="00F54443" w14:paraId="442C039D" w14:textId="77777777">
        <w:trPr>
          <w:jc w:val="right"/>
        </w:trPr>
        <w:tc>
          <w:tcPr>
            <w:tcW w:w="5298" w:type="dxa"/>
            <w:shd w:val="clear" w:color="auto" w:fill="EEF3F6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19461D4C" w14:textId="77777777" w:rsidR="00F54443" w:rsidRDefault="00DE4A34">
            <w:pPr>
              <w:jc w:val="right"/>
            </w:pPr>
            <w:r>
              <w:rPr>
                <w:b/>
                <w:sz w:val="17"/>
              </w:rPr>
              <w:t>TVA [20 % / autre]</w:t>
            </w:r>
          </w:p>
        </w:tc>
        <w:tc>
          <w:tcPr>
            <w:tcW w:w="5298" w:type="dxa"/>
            <w:shd w:val="clear" w:color="auto" w:fill="EEF3F6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31DE9CA4" w14:textId="77777777" w:rsidR="00F54443" w:rsidRDefault="00DE4A34">
            <w:pPr>
              <w:jc w:val="center"/>
            </w:pPr>
            <w:r>
              <w:rPr>
                <w:b/>
              </w:rPr>
              <w:t>[ € ]</w:t>
            </w:r>
          </w:p>
        </w:tc>
      </w:tr>
      <w:tr w:rsidR="00F54443" w14:paraId="565727AF" w14:textId="77777777">
        <w:trPr>
          <w:jc w:val="right"/>
        </w:trPr>
        <w:tc>
          <w:tcPr>
            <w:tcW w:w="5298" w:type="dxa"/>
            <w:shd w:val="clear" w:color="auto" w:fill="C59A4A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6793752D" w14:textId="77777777" w:rsidR="00F54443" w:rsidRDefault="00DE4A34">
            <w:pPr>
              <w:jc w:val="right"/>
            </w:pPr>
            <w:r>
              <w:rPr>
                <w:b/>
                <w:color w:val="FFFFFF"/>
                <w:sz w:val="17"/>
              </w:rPr>
              <w:t>TOTAL TTC</w:t>
            </w:r>
          </w:p>
        </w:tc>
        <w:tc>
          <w:tcPr>
            <w:tcW w:w="5298" w:type="dxa"/>
            <w:shd w:val="clear" w:color="auto" w:fill="C59A4A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1F0322B4" w14:textId="77777777" w:rsidR="00F54443" w:rsidRDefault="00DE4A34">
            <w:pPr>
              <w:jc w:val="center"/>
            </w:pPr>
            <w:r>
              <w:rPr>
                <w:b/>
                <w:color w:val="FFFFFF"/>
              </w:rPr>
              <w:t>[ € ]</w:t>
            </w:r>
          </w:p>
        </w:tc>
      </w:tr>
      <w:tr w:rsidR="00F54443" w14:paraId="38C906C0" w14:textId="77777777">
        <w:trPr>
          <w:jc w:val="right"/>
        </w:trPr>
        <w:tc>
          <w:tcPr>
            <w:tcW w:w="5298" w:type="dxa"/>
            <w:shd w:val="clear" w:color="auto" w:fill="EEF3F6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689A4BAC" w14:textId="77777777" w:rsidR="00F54443" w:rsidRDefault="00DE4A34">
            <w:pPr>
              <w:jc w:val="right"/>
            </w:pPr>
            <w:r>
              <w:rPr>
                <w:b/>
                <w:sz w:val="17"/>
              </w:rPr>
              <w:t>ACOMPTE À LA COMMANDE [30 %]</w:t>
            </w:r>
          </w:p>
        </w:tc>
        <w:tc>
          <w:tcPr>
            <w:tcW w:w="5298" w:type="dxa"/>
            <w:shd w:val="clear" w:color="auto" w:fill="EEF3F6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0256034B" w14:textId="77777777" w:rsidR="00F54443" w:rsidRDefault="00DE4A34">
            <w:pPr>
              <w:jc w:val="center"/>
            </w:pPr>
            <w:r>
              <w:rPr>
                <w:b/>
              </w:rPr>
              <w:t>[ € ]</w:t>
            </w:r>
          </w:p>
        </w:tc>
      </w:tr>
      <w:tr w:rsidR="00F54443" w14:paraId="62304FDF" w14:textId="77777777">
        <w:trPr>
          <w:jc w:val="right"/>
        </w:trPr>
        <w:tc>
          <w:tcPr>
            <w:tcW w:w="5298" w:type="dxa"/>
            <w:shd w:val="clear" w:color="auto" w:fill="EEF3F6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1314B791" w14:textId="77777777" w:rsidR="00F54443" w:rsidRDefault="00DE4A34">
            <w:pPr>
              <w:jc w:val="right"/>
            </w:pPr>
            <w:r>
              <w:rPr>
                <w:b/>
                <w:sz w:val="17"/>
              </w:rPr>
              <w:t>SOLDE À RÉGLER</w:t>
            </w:r>
          </w:p>
        </w:tc>
        <w:tc>
          <w:tcPr>
            <w:tcW w:w="5298" w:type="dxa"/>
            <w:shd w:val="clear" w:color="auto" w:fill="EEF3F6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1CD2E88E" w14:textId="77777777" w:rsidR="00F54443" w:rsidRDefault="00DE4A34">
            <w:pPr>
              <w:jc w:val="center"/>
            </w:pPr>
            <w:r>
              <w:rPr>
                <w:b/>
              </w:rPr>
              <w:t>[ € ]</w:t>
            </w:r>
          </w:p>
        </w:tc>
      </w:tr>
    </w:tbl>
    <w:p w14:paraId="7275185E" w14:textId="77777777" w:rsidR="00F54443" w:rsidRDefault="00DE4A34">
      <w:pPr>
        <w:spacing w:before="180" w:after="80"/>
      </w:pPr>
      <w:r>
        <w:rPr>
          <w:b/>
          <w:color w:val="0A192C"/>
          <w:sz w:val="24"/>
        </w:rPr>
        <w:t>CONDITIONS PARTICULIÈRES</w:t>
      </w:r>
    </w:p>
    <w:p w14:paraId="1134BFBE" w14:textId="77777777" w:rsidR="00F54443" w:rsidRDefault="00DE4A34">
      <w:pPr>
        <w:spacing w:after="40"/>
        <w:ind w:left="198" w:hanging="142"/>
      </w:pPr>
      <w:r>
        <w:rPr>
          <w:b/>
        </w:rPr>
        <w:t xml:space="preserve">• </w:t>
      </w:r>
      <w:r>
        <w:t>Le programme peut être ajusté selon les horaires du match, les disponibilités des prestataires et la météo.</w:t>
      </w:r>
    </w:p>
    <w:p w14:paraId="2FAC9D96" w14:textId="77777777" w:rsidR="00F54443" w:rsidRDefault="00DE4A34">
      <w:pPr>
        <w:spacing w:after="40"/>
        <w:ind w:left="198" w:hanging="142"/>
      </w:pPr>
      <w:r>
        <w:rPr>
          <w:b/>
        </w:rPr>
        <w:t xml:space="preserve">• </w:t>
      </w:r>
      <w:r>
        <w:t>La réservation devient ferme à réception du devis signé et du règlement de l’acompte.</w:t>
      </w:r>
    </w:p>
    <w:p w14:paraId="0C265ADD" w14:textId="77777777" w:rsidR="00F54443" w:rsidRDefault="00DE4A34">
      <w:pPr>
        <w:spacing w:after="40"/>
        <w:ind w:left="198" w:hanging="142"/>
      </w:pPr>
      <w:r>
        <w:rPr>
          <w:b/>
        </w:rPr>
        <w:t xml:space="preserve">• </w:t>
      </w:r>
      <w:r>
        <w:t>Le solde est payable au plus tard [15 jours] avant le séjour, sauf accord écrit différent.</w:t>
      </w:r>
    </w:p>
    <w:p w14:paraId="36787BD2" w14:textId="77777777" w:rsidR="00F54443" w:rsidRDefault="00DE4A34">
      <w:pPr>
        <w:spacing w:after="40"/>
        <w:ind w:left="198" w:hanging="142"/>
      </w:pPr>
      <w:r>
        <w:rPr>
          <w:b/>
        </w:rPr>
        <w:t xml:space="preserve">• </w:t>
      </w:r>
      <w:r>
        <w:t>Toute modification du nombre de participants ou annulation peut entraîner une révision du prix selon les engagements pris auprès des prestataires.</w:t>
      </w:r>
    </w:p>
    <w:p w14:paraId="4732EF38" w14:textId="77777777" w:rsidR="00F54443" w:rsidRDefault="00DE4A34">
      <w:pPr>
        <w:spacing w:before="180" w:after="80"/>
      </w:pPr>
      <w:r>
        <w:rPr>
          <w:b/>
          <w:color w:val="0A192C"/>
          <w:sz w:val="24"/>
        </w:rPr>
        <w:t>ACCEPTATION DU DEVIS</w:t>
      </w:r>
    </w:p>
    <w:p w14:paraId="08101F93" w14:textId="77777777" w:rsidR="00F54443" w:rsidRDefault="00DE4A34">
      <w:pPr>
        <w:spacing w:after="80"/>
      </w:pPr>
      <w:r>
        <w:t>Le client reconnaît avoir pris connaissance du présent devis et l’accepte sans réserve.</w:t>
      </w:r>
    </w:p>
    <w:tbl>
      <w:tblPr>
        <w:tblW w:w="0" w:type="auto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5288"/>
        <w:gridCol w:w="5288"/>
      </w:tblGrid>
      <w:tr w:rsidR="00F54443" w14:paraId="62E37086" w14:textId="77777777">
        <w:trPr>
          <w:jc w:val="center"/>
        </w:trPr>
        <w:tc>
          <w:tcPr>
            <w:tcW w:w="5298" w:type="dxa"/>
            <w:shd w:val="clear" w:color="auto" w:fill="0A192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97F0EA" w14:textId="77777777" w:rsidR="00F54443" w:rsidRDefault="00DE4A34">
            <w:r>
              <w:rPr>
                <w:b/>
                <w:color w:val="FFFFFF"/>
              </w:rPr>
              <w:t>POUR LE CLIENT</w:t>
            </w:r>
          </w:p>
        </w:tc>
        <w:tc>
          <w:tcPr>
            <w:tcW w:w="5298" w:type="dxa"/>
            <w:shd w:val="clear" w:color="auto" w:fill="0A192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0228C8" w14:textId="77777777" w:rsidR="00F54443" w:rsidRDefault="00DE4A34">
            <w:r>
              <w:rPr>
                <w:b/>
                <w:color w:val="FFFFFF"/>
              </w:rPr>
              <w:t>POUR ODYSSEA EVENT</w:t>
            </w:r>
          </w:p>
        </w:tc>
      </w:tr>
      <w:tr w:rsidR="00F54443" w14:paraId="25E8BD96" w14:textId="77777777">
        <w:trPr>
          <w:jc w:val="center"/>
        </w:trPr>
        <w:tc>
          <w:tcPr>
            <w:tcW w:w="5298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60A5DD" w14:textId="77777777" w:rsidR="00F54443" w:rsidRDefault="00DE4A34">
            <w:r>
              <w:t>Date : [ ……………………… ]</w:t>
            </w:r>
          </w:p>
        </w:tc>
        <w:tc>
          <w:tcPr>
            <w:tcW w:w="5298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C7D950" w14:textId="77777777" w:rsidR="00F54443" w:rsidRDefault="00DE4A34">
            <w:r>
              <w:t>Date : [ ……………………… ]</w:t>
            </w:r>
          </w:p>
        </w:tc>
      </w:tr>
      <w:tr w:rsidR="00F54443" w14:paraId="560A68DB" w14:textId="77777777">
        <w:trPr>
          <w:jc w:val="center"/>
        </w:trPr>
        <w:tc>
          <w:tcPr>
            <w:tcW w:w="5298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BDF024" w14:textId="77777777" w:rsidR="00F54443" w:rsidRDefault="00DE4A34">
            <w:r>
              <w:t>Mention : BON POUR ACCORD</w:t>
            </w:r>
          </w:p>
        </w:tc>
        <w:tc>
          <w:tcPr>
            <w:tcW w:w="5298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B28E50" w14:textId="77777777" w:rsidR="00F54443" w:rsidRDefault="00DE4A34">
            <w:r>
              <w:t>Nom : [ ……………………… ]</w:t>
            </w:r>
          </w:p>
        </w:tc>
      </w:tr>
      <w:tr w:rsidR="00F54443" w14:paraId="0DC1E92A" w14:textId="77777777">
        <w:trPr>
          <w:jc w:val="center"/>
        </w:trPr>
        <w:tc>
          <w:tcPr>
            <w:tcW w:w="5298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657292" w14:textId="77777777" w:rsidR="00F54443" w:rsidRDefault="00DE4A34">
            <w:r>
              <w:t>Signature et cachet :</w:t>
            </w:r>
            <w:r>
              <w:br/>
            </w:r>
          </w:p>
        </w:tc>
        <w:tc>
          <w:tcPr>
            <w:tcW w:w="5298" w:type="dxa"/>
            <w:shd w:val="clear" w:color="auto" w:fill="EEF3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E94327" w14:textId="77777777" w:rsidR="00F54443" w:rsidRDefault="00DE4A34">
            <w:r>
              <w:t>Signature :</w:t>
            </w:r>
            <w:r>
              <w:br/>
            </w:r>
          </w:p>
        </w:tc>
      </w:tr>
    </w:tbl>
    <w:p w14:paraId="631ABA5C" w14:textId="77777777" w:rsidR="00DE4A34" w:rsidRDefault="00DE4A34"/>
    <w:sectPr w:rsidR="00DE4A34" w:rsidSect="00034616">
      <w:footerReference w:type="default" r:id="rId10"/>
      <w:pgSz w:w="12240" w:h="15840"/>
      <w:pgMar w:top="765" w:right="822" w:bottom="765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4DFCC3" w14:textId="77777777" w:rsidR="00DE4A34" w:rsidRDefault="00DE4A34">
      <w:pPr>
        <w:spacing w:after="0" w:line="240" w:lineRule="auto"/>
      </w:pPr>
      <w:r>
        <w:separator/>
      </w:r>
    </w:p>
  </w:endnote>
  <w:endnote w:type="continuationSeparator" w:id="0">
    <w:p w14:paraId="196E7868" w14:textId="77777777" w:rsidR="00DE4A34" w:rsidRDefault="00DE4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3C2A65" w14:textId="77777777" w:rsidR="00F54443" w:rsidRDefault="00DE4A34">
    <w:pPr>
      <w:pStyle w:val="Pieddepage"/>
      <w:jc w:val="center"/>
    </w:pPr>
    <w:r>
      <w:rPr>
        <w:color w:val="0A192C"/>
        <w:sz w:val="15"/>
      </w:rPr>
      <w:t xml:space="preserve">ODYSSEA EVENT  •  Le rugby au service de </w:t>
    </w:r>
    <w:r>
      <w:rPr>
        <w:color w:val="0A192C"/>
        <w:sz w:val="15"/>
      </w:rPr>
      <w:t>l’entreprise  •  Devis week-end rugby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38CC14" w14:textId="77777777" w:rsidR="00DE4A34" w:rsidRDefault="00DE4A34">
      <w:pPr>
        <w:spacing w:after="0" w:line="240" w:lineRule="auto"/>
      </w:pPr>
      <w:r>
        <w:separator/>
      </w:r>
    </w:p>
  </w:footnote>
  <w:footnote w:type="continuationSeparator" w:id="0">
    <w:p w14:paraId="54FD4A4E" w14:textId="77777777" w:rsidR="00DE4A34" w:rsidRDefault="00DE4A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8855114">
    <w:abstractNumId w:val="8"/>
  </w:num>
  <w:num w:numId="2" w16cid:durableId="1640987779">
    <w:abstractNumId w:val="6"/>
  </w:num>
  <w:num w:numId="3" w16cid:durableId="477382520">
    <w:abstractNumId w:val="5"/>
  </w:num>
  <w:num w:numId="4" w16cid:durableId="330573551">
    <w:abstractNumId w:val="4"/>
  </w:num>
  <w:num w:numId="5" w16cid:durableId="1858040035">
    <w:abstractNumId w:val="7"/>
  </w:num>
  <w:num w:numId="6" w16cid:durableId="1014652985">
    <w:abstractNumId w:val="3"/>
  </w:num>
  <w:num w:numId="7" w16cid:durableId="1745488485">
    <w:abstractNumId w:val="2"/>
  </w:num>
  <w:num w:numId="8" w16cid:durableId="2064016234">
    <w:abstractNumId w:val="1"/>
  </w:num>
  <w:num w:numId="9" w16cid:durableId="9908691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3C16"/>
    <w:rsid w:val="0015074B"/>
    <w:rsid w:val="00254C71"/>
    <w:rsid w:val="0029639D"/>
    <w:rsid w:val="00326F90"/>
    <w:rsid w:val="0039353B"/>
    <w:rsid w:val="004F6F33"/>
    <w:rsid w:val="00AA1D8D"/>
    <w:rsid w:val="00B47730"/>
    <w:rsid w:val="00CB0664"/>
    <w:rsid w:val="00DE4A34"/>
    <w:rsid w:val="00F544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6F5060"/>
  <w14:defaultImageDpi w14:val="300"/>
  <w15:docId w15:val="{8B1E673C-BDD8-6E4D-8209-FAE4D8619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63746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philippe sauton</cp:lastModifiedBy>
  <cp:revision>2</cp:revision>
  <dcterms:created xsi:type="dcterms:W3CDTF">2026-09-30T08:36:00Z</dcterms:created>
  <dcterms:modified xsi:type="dcterms:W3CDTF">2026-09-30T08:36:00Z</dcterms:modified>
  <cp:category/>
</cp:coreProperties>
</file>